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8C8056" w14:textId="535CF04B" w:rsidR="00D22ECE" w:rsidRPr="00D22ECE" w:rsidRDefault="00CD3451" w:rsidP="008A3C00">
      <w:pPr>
        <w:pStyle w:val="Heading1"/>
        <w:spacing w:before="0" w:line="240" w:lineRule="auto"/>
        <w:contextualSpacing/>
      </w:pPr>
      <w:r>
        <w:t xml:space="preserve">SPPCP Fellowship Application </w:t>
      </w:r>
    </w:p>
    <w:p w14:paraId="3AB885BE" w14:textId="77777777" w:rsidR="008A3C00" w:rsidRDefault="008A3C00" w:rsidP="008A3C00">
      <w:pPr>
        <w:pStyle w:val="Heading2"/>
        <w:spacing w:before="0" w:line="240" w:lineRule="auto"/>
        <w:contextualSpacing/>
      </w:pPr>
    </w:p>
    <w:p w14:paraId="0E67F74F" w14:textId="7D72DDEB" w:rsidR="008A3C00" w:rsidRPr="008A3C00" w:rsidRDefault="008A3C00" w:rsidP="008A3C00">
      <w:pPr>
        <w:pStyle w:val="Heading2"/>
        <w:spacing w:before="0" w:line="240" w:lineRule="auto"/>
        <w:contextualSpacing/>
      </w:pPr>
      <w:r>
        <w:t>General Guidance</w:t>
      </w:r>
    </w:p>
    <w:p w14:paraId="2D1E515D" w14:textId="226647BF" w:rsidR="00087B4E" w:rsidRPr="00087B4E" w:rsidRDefault="00087B4E" w:rsidP="00087B4E">
      <w:pPr>
        <w:spacing w:after="0" w:line="240" w:lineRule="auto"/>
        <w:contextualSpacing/>
      </w:pPr>
      <w:r w:rsidRPr="00087B4E">
        <w:t xml:space="preserve">Complete the application in full; incomplete submissions will not be considered. The </w:t>
      </w:r>
      <w:r>
        <w:t>Nominations C</w:t>
      </w:r>
      <w:r w:rsidRPr="00087B4E">
        <w:t>ommittee will evaluate only the information provided in the application itsel</w:t>
      </w:r>
      <w:r>
        <w:t>f. Y</w:t>
      </w:r>
      <w:r w:rsidRPr="00087B4E">
        <w:t xml:space="preserve">our CV will be used </w:t>
      </w:r>
      <w:r>
        <w:t>for</w:t>
      </w:r>
      <w:r w:rsidRPr="00087B4E">
        <w:t xml:space="preserve"> reference</w:t>
      </w:r>
      <w:r>
        <w:t>,</w:t>
      </w:r>
      <w:r w:rsidRPr="00087B4E">
        <w:t xml:space="preserve"> but </w:t>
      </w:r>
      <w:r>
        <w:t xml:space="preserve">you </w:t>
      </w:r>
      <w:r w:rsidRPr="00087B4E">
        <w:t>cannot earn additional points unless details are included in the form.</w:t>
      </w:r>
    </w:p>
    <w:p w14:paraId="7F243679" w14:textId="6B10E613" w:rsidR="00087B4E" w:rsidRDefault="00087B4E" w:rsidP="00087B4E">
      <w:pPr>
        <w:spacing w:after="0" w:line="240" w:lineRule="auto"/>
        <w:contextualSpacing/>
      </w:pPr>
      <w:r w:rsidRPr="00087B4E">
        <w:t xml:space="preserve">Each section lists its maximum possible points, and a minimum of </w:t>
      </w:r>
      <w:r w:rsidR="00446E33">
        <w:rPr>
          <w:b/>
          <w:bCs/>
        </w:rPr>
        <w:t>252</w:t>
      </w:r>
      <w:r w:rsidRPr="00087B4E">
        <w:t xml:space="preserve"> total points is required for Fellowship consideration. You are not required to earn points in every section. List each activity only once; duplicate entries will not be awarded additional points. Supplemental materials, such as copies of publications, will not be reviewed.</w:t>
      </w:r>
    </w:p>
    <w:p w14:paraId="6C1A139F" w14:textId="77777777" w:rsidR="00087B4E" w:rsidRPr="00087B4E" w:rsidRDefault="00087B4E" w:rsidP="00087B4E">
      <w:pPr>
        <w:spacing w:after="0" w:line="240" w:lineRule="auto"/>
        <w:contextualSpacing/>
      </w:pPr>
    </w:p>
    <w:p w14:paraId="2B4AAA0F" w14:textId="2DF36B69" w:rsidR="00087B4E" w:rsidRDefault="00087B4E" w:rsidP="00087B4E">
      <w:pPr>
        <w:spacing w:after="0" w:line="240" w:lineRule="auto"/>
        <w:contextualSpacing/>
      </w:pPr>
      <w:r w:rsidRPr="00087B4E">
        <w:t xml:space="preserve">Applicants should emphasize activities relevant to SPPCP and within pain management, palliative care, hospice, opioid stewardship, substance use disorder, </w:t>
      </w:r>
      <w:r>
        <w:t xml:space="preserve">and related areas </w:t>
      </w:r>
      <w:r w:rsidRPr="00087B4E">
        <w:t xml:space="preserve">demonstrating alignment with the Society’s mission, vision, and values. </w:t>
      </w:r>
    </w:p>
    <w:p w14:paraId="3781FFA9" w14:textId="77777777" w:rsidR="00087B4E" w:rsidRPr="00087B4E" w:rsidRDefault="00087B4E" w:rsidP="00087B4E">
      <w:pPr>
        <w:spacing w:after="0" w:line="240" w:lineRule="auto"/>
        <w:contextualSpacing/>
      </w:pPr>
    </w:p>
    <w:p w14:paraId="33DEB75D" w14:textId="0C46E512" w:rsidR="00087B4E" w:rsidRPr="008A3C00" w:rsidRDefault="00087B4E" w:rsidP="00087B4E">
      <w:pPr>
        <w:spacing w:after="0" w:line="240" w:lineRule="auto"/>
        <w:contextualSpacing/>
      </w:pPr>
      <w:r w:rsidRPr="00087B4E">
        <w:t xml:space="preserve">The SPPCP Nominations Committee reviews applications and recommends candidates to the Board of Trustees. For complete instructions, refer to the </w:t>
      </w:r>
      <w:r w:rsidRPr="00796631">
        <w:t xml:space="preserve">Application </w:t>
      </w:r>
      <w:r w:rsidR="00796631" w:rsidRPr="00796631">
        <w:t>Scoring</w:t>
      </w:r>
      <w:r w:rsidR="00796631">
        <w:t xml:space="preserve"> Guide</w:t>
      </w:r>
      <w:r w:rsidRPr="00087B4E">
        <w:t xml:space="preserve">. </w:t>
      </w:r>
    </w:p>
    <w:p w14:paraId="15C68F44" w14:textId="77777777" w:rsidR="008A3C00" w:rsidRDefault="008A3C00" w:rsidP="008A3C00">
      <w:pPr>
        <w:pStyle w:val="Heading2"/>
        <w:spacing w:before="0" w:line="240" w:lineRule="auto"/>
        <w:contextualSpacing/>
      </w:pPr>
    </w:p>
    <w:p w14:paraId="0EB68CF5" w14:textId="6FB53531" w:rsidR="006D4D42" w:rsidRDefault="006D4D42" w:rsidP="008A3C00">
      <w:pPr>
        <w:pStyle w:val="Heading2"/>
        <w:spacing w:before="0" w:line="240" w:lineRule="auto"/>
        <w:contextualSpacing/>
      </w:pPr>
      <w:r>
        <w:t>Minimum Eligibility Requirements</w:t>
      </w:r>
    </w:p>
    <w:p w14:paraId="5B433F69" w14:textId="64D1DA5C" w:rsidR="008A3C00" w:rsidRDefault="006D4D42" w:rsidP="008A3C00">
      <w:pPr>
        <w:spacing w:after="0" w:line="240" w:lineRule="auto"/>
        <w:contextualSpacing/>
        <w:rPr>
          <w:b/>
          <w:bCs/>
        </w:rPr>
      </w:pPr>
      <w:r>
        <w:t>To be considered</w:t>
      </w:r>
      <w:r w:rsidR="008A3C00">
        <w:t xml:space="preserve"> for fellowship status</w:t>
      </w:r>
      <w:r>
        <w:t>, candidates must:</w:t>
      </w:r>
    </w:p>
    <w:p w14:paraId="7BAEB24A" w14:textId="1DD75DD7" w:rsidR="00087B4E" w:rsidRPr="00087B4E" w:rsidRDefault="00087B4E" w:rsidP="00087B4E">
      <w:pPr>
        <w:spacing w:before="100" w:beforeAutospacing="1" w:after="100" w:afterAutospacing="1" w:line="240" w:lineRule="auto"/>
        <w:rPr>
          <w:rFonts w:asciiTheme="majorHAnsi" w:eastAsia="Times New Roman" w:hAnsiTheme="majorHAnsi" w:cstheme="majorHAnsi"/>
        </w:rPr>
      </w:pPr>
      <w:r w:rsidRPr="00087B4E">
        <w:rPr>
          <w:rFonts w:asciiTheme="majorHAnsi" w:eastAsia="Times New Roman" w:hAnsiTheme="majorHAnsi" w:cstheme="majorHAnsi"/>
          <w:b/>
          <w:bCs/>
        </w:rPr>
        <w:t>Membership:</w:t>
      </w:r>
      <w:r w:rsidRPr="00087B4E">
        <w:rPr>
          <w:rFonts w:asciiTheme="majorHAnsi" w:eastAsia="Times New Roman" w:hAnsiTheme="majorHAnsi" w:cstheme="majorHAnsi"/>
        </w:rPr>
        <w:t xml:space="preserve"> </w:t>
      </w:r>
      <w:r w:rsidRPr="00087B4E">
        <w:t xml:space="preserve">Hold </w:t>
      </w:r>
      <w:r>
        <w:t xml:space="preserve">an </w:t>
      </w:r>
      <w:r w:rsidRPr="00087B4E">
        <w:t>active SPPCP membership for at least 7 years, with no more than a 3-month lapse. One year of resident/fellow membership may count toward this requirement. Student membership does not count toward eligibility.</w:t>
      </w:r>
    </w:p>
    <w:p w14:paraId="77B5772D" w14:textId="34C4C62E" w:rsidR="00087B4E" w:rsidRPr="00087B4E" w:rsidRDefault="00087B4E" w:rsidP="00087B4E">
      <w:pPr>
        <w:spacing w:before="100" w:beforeAutospacing="1" w:after="100" w:afterAutospacing="1" w:line="240" w:lineRule="auto"/>
      </w:pPr>
      <w:r w:rsidRPr="00087B4E">
        <w:rPr>
          <w:rFonts w:asciiTheme="majorHAnsi" w:eastAsia="Times New Roman" w:hAnsiTheme="majorHAnsi" w:cstheme="majorHAnsi"/>
          <w:b/>
          <w:bCs/>
        </w:rPr>
        <w:t>Professional Experience:</w:t>
      </w:r>
      <w:r w:rsidRPr="00087B4E">
        <w:rPr>
          <w:rFonts w:asciiTheme="majorHAnsi" w:eastAsia="Times New Roman" w:hAnsiTheme="majorHAnsi" w:cstheme="majorHAnsi"/>
        </w:rPr>
        <w:t xml:space="preserve"> </w:t>
      </w:r>
      <w:r w:rsidRPr="00087B4E">
        <w:t>Have at least 10 years of professional activity (full- or part-time) in pharmacy practice, education, research, or administration, with a demonstrated commitment to pain management, palliative care, hospice, substance use disorder, or related areas. Experience is measured from the date of licensure.</w:t>
      </w:r>
      <w:r>
        <w:t xml:space="preserve"> </w:t>
      </w:r>
      <w:r w:rsidRPr="00087B4E">
        <w:t>Candidates whose current roles are outside these specialties may still qualify if their professional contributions show sustained engagement with SPPCP and alignment with its mission and values.</w:t>
      </w:r>
    </w:p>
    <w:p w14:paraId="1A3F1A2F" w14:textId="27D5B01A" w:rsidR="006D4D42" w:rsidRDefault="006D4D42" w:rsidP="008A3C00">
      <w:pPr>
        <w:pStyle w:val="Heading2"/>
        <w:spacing w:before="0" w:line="240" w:lineRule="auto"/>
        <w:contextualSpacing/>
      </w:pPr>
      <w:r>
        <w:t>Application Process</w:t>
      </w:r>
    </w:p>
    <w:p w14:paraId="5F3F3952" w14:textId="60BF4F8F" w:rsidR="006D57E5" w:rsidRDefault="006D4D42" w:rsidP="008A3C00">
      <w:pPr>
        <w:spacing w:after="0" w:line="240" w:lineRule="auto"/>
        <w:contextualSpacing/>
      </w:pPr>
      <w:r>
        <w:t>Members must self-nominate and submit a</w:t>
      </w:r>
      <w:r w:rsidR="00D832A1">
        <w:t xml:space="preserve"> complete</w:t>
      </w:r>
      <w:r>
        <w:t xml:space="preserve"> application packet</w:t>
      </w:r>
      <w:r w:rsidR="00087B4E">
        <w:t>,</w:t>
      </w:r>
      <w:r>
        <w:t xml:space="preserve"> including:</w:t>
      </w:r>
    </w:p>
    <w:p w14:paraId="131BA05F" w14:textId="6CA9B380" w:rsidR="006D57E5" w:rsidRDefault="006D57E5" w:rsidP="008A3C00">
      <w:pPr>
        <w:pStyle w:val="ListParagraph"/>
        <w:numPr>
          <w:ilvl w:val="0"/>
          <w:numId w:val="11"/>
        </w:numPr>
        <w:spacing w:after="0" w:line="240" w:lineRule="auto"/>
      </w:pPr>
      <w:r>
        <w:t>Completed application form</w:t>
      </w:r>
    </w:p>
    <w:p w14:paraId="5FC13DCC" w14:textId="3F670575" w:rsidR="006D57E5" w:rsidRDefault="006D57E5" w:rsidP="008A3C00">
      <w:pPr>
        <w:pStyle w:val="ListParagraph"/>
        <w:numPr>
          <w:ilvl w:val="0"/>
          <w:numId w:val="11"/>
        </w:numPr>
        <w:spacing w:after="0" w:line="240" w:lineRule="auto"/>
      </w:pPr>
      <w:r>
        <w:t xml:space="preserve">Payment of </w:t>
      </w:r>
      <w:r w:rsidR="00D832A1">
        <w:t xml:space="preserve">the </w:t>
      </w:r>
      <w:r>
        <w:t>application fee</w:t>
      </w:r>
    </w:p>
    <w:p w14:paraId="10521DC5" w14:textId="4C978A15" w:rsidR="006D57E5" w:rsidRDefault="006D57E5" w:rsidP="008A3C00">
      <w:pPr>
        <w:pStyle w:val="ListParagraph"/>
        <w:numPr>
          <w:ilvl w:val="0"/>
          <w:numId w:val="11"/>
        </w:numPr>
        <w:spacing w:after="0" w:line="240" w:lineRule="auto"/>
      </w:pPr>
      <w:r>
        <w:t>Candidate statement</w:t>
      </w:r>
    </w:p>
    <w:p w14:paraId="4B213932" w14:textId="5BC314A0" w:rsidR="006D57E5" w:rsidRDefault="006D57E5" w:rsidP="008A3C00">
      <w:pPr>
        <w:pStyle w:val="ListParagraph"/>
        <w:numPr>
          <w:ilvl w:val="0"/>
          <w:numId w:val="11"/>
        </w:numPr>
        <w:spacing w:after="0" w:line="240" w:lineRule="auto"/>
      </w:pPr>
      <w:r>
        <w:t>Curriculum vitae (CV)</w:t>
      </w:r>
    </w:p>
    <w:p w14:paraId="4302A378" w14:textId="3CD31032" w:rsidR="00D627F0" w:rsidRDefault="00D627F0" w:rsidP="008A3C00">
      <w:pPr>
        <w:pStyle w:val="ListParagraph"/>
        <w:numPr>
          <w:ilvl w:val="0"/>
          <w:numId w:val="11"/>
        </w:numPr>
        <w:spacing w:after="0" w:line="240" w:lineRule="auto"/>
      </w:pPr>
      <w:r>
        <w:t>Two letters of support</w:t>
      </w:r>
    </w:p>
    <w:p w14:paraId="7F1EE518" w14:textId="106DA234" w:rsidR="008A3C00" w:rsidRDefault="008A3C00" w:rsidP="6B19C7D4">
      <w:pPr>
        <w:pStyle w:val="Heading2"/>
        <w:spacing w:before="0" w:line="240" w:lineRule="auto"/>
        <w:contextualSpacing/>
      </w:pPr>
    </w:p>
    <w:p w14:paraId="789293A2" w14:textId="14A0FD37" w:rsidR="006D4D42" w:rsidRDefault="006D4D42" w:rsidP="008A3C00">
      <w:pPr>
        <w:pStyle w:val="Heading2"/>
        <w:spacing w:before="0" w:line="240" w:lineRule="auto"/>
        <w:contextualSpacing/>
      </w:pPr>
      <w:r>
        <w:t>Letters</w:t>
      </w:r>
      <w:r w:rsidR="00D832A1">
        <w:t xml:space="preserve"> of Support</w:t>
      </w:r>
    </w:p>
    <w:p w14:paraId="405A7EB3" w14:textId="40C6588E" w:rsidR="006D57E5" w:rsidRDefault="00D627F0" w:rsidP="008A3C00">
      <w:pPr>
        <w:spacing w:after="0" w:line="240" w:lineRule="auto"/>
        <w:contextualSpacing/>
      </w:pPr>
      <w:r>
        <w:t>C</w:t>
      </w:r>
      <w:r w:rsidR="006D4D42">
        <w:t xml:space="preserve">andidates must provide two letters of </w:t>
      </w:r>
      <w:r w:rsidR="00D832A1">
        <w:t>support as described below</w:t>
      </w:r>
      <w:r w:rsidR="006D57E5">
        <w:t xml:space="preserve">. </w:t>
      </w:r>
    </w:p>
    <w:p w14:paraId="4278213D" w14:textId="4BC17B30" w:rsidR="005A79EB" w:rsidRDefault="4A321A85" w:rsidP="008A3C00">
      <w:pPr>
        <w:spacing w:after="0" w:line="240" w:lineRule="auto"/>
        <w:ind w:firstLine="720"/>
        <w:contextualSpacing/>
      </w:pPr>
      <w:r>
        <w:t xml:space="preserve">One letter from a current SPPCP </w:t>
      </w:r>
      <w:r w:rsidR="734C89A3">
        <w:t>Member</w:t>
      </w:r>
      <w:r w:rsidR="006D57E5">
        <w:br/>
      </w:r>
      <w:r w:rsidR="006D57E5">
        <w:tab/>
      </w:r>
      <w:r>
        <w:t xml:space="preserve">One letter from a colleague, supervisor, or </w:t>
      </w:r>
      <w:r w:rsidR="06770EC5">
        <w:t>mentor</w:t>
      </w:r>
      <w:r w:rsidR="63B9408C">
        <w:t xml:space="preserve"> (who may also be a member but is not </w:t>
      </w:r>
      <w:r w:rsidR="006D57E5">
        <w:tab/>
      </w:r>
      <w:r w:rsidR="17700180">
        <w:t>required</w:t>
      </w:r>
      <w:r w:rsidR="63B9408C">
        <w:t xml:space="preserve"> to be a member).</w:t>
      </w:r>
      <w:r w:rsidR="006D57E5">
        <w:br/>
      </w:r>
      <w:r w:rsidR="006D57E5">
        <w:br/>
      </w:r>
      <w:r w:rsidR="52817418">
        <w:lastRenderedPageBreak/>
        <w:t xml:space="preserve">Members of the Nominations Committee may not </w:t>
      </w:r>
      <w:r w:rsidR="185D03FA">
        <w:t xml:space="preserve">write letters of support during their term of service. </w:t>
      </w:r>
      <w:r w:rsidR="006D57E5">
        <w:br/>
      </w:r>
    </w:p>
    <w:p w14:paraId="36C5F127" w14:textId="2C977DFC" w:rsidR="005A79EB" w:rsidRDefault="006D4D42" w:rsidP="005A79EB">
      <w:pPr>
        <w:spacing w:after="0" w:line="240" w:lineRule="auto"/>
        <w:contextualSpacing/>
      </w:pPr>
      <w:r>
        <w:t xml:space="preserve">A </w:t>
      </w:r>
      <w:r w:rsidR="00087B4E">
        <w:t>support</w:t>
      </w:r>
      <w:r>
        <w:t xml:space="preserve"> letter template is provided and should be forwarded by the candidate to their nominators.</w:t>
      </w:r>
    </w:p>
    <w:p w14:paraId="2A3693AF" w14:textId="2B80A99E" w:rsidR="006D4D42" w:rsidRDefault="006D4D42" w:rsidP="6B19C7D4">
      <w:pPr>
        <w:spacing w:after="0" w:line="240" w:lineRule="auto"/>
        <w:contextualSpacing/>
        <w:rPr>
          <w:highlight w:val="yellow"/>
        </w:rPr>
      </w:pPr>
      <w:r>
        <w:br/>
      </w:r>
      <w:r w:rsidR="52817418">
        <w:t xml:space="preserve">Letters must be completed and sent directly to the SPPCP Nominations Chair at nominations@palliativepharmacist.org by </w:t>
      </w:r>
      <w:r w:rsidR="00796631" w:rsidRPr="00291C95">
        <w:rPr>
          <w:b/>
          <w:bCs/>
          <w:color w:val="EE0000"/>
        </w:rPr>
        <w:t xml:space="preserve">March </w:t>
      </w:r>
      <w:r w:rsidR="006A5E6A" w:rsidRPr="00291C95">
        <w:rPr>
          <w:b/>
          <w:bCs/>
          <w:color w:val="EE0000"/>
        </w:rPr>
        <w:t>1</w:t>
      </w:r>
      <w:r w:rsidR="00796631" w:rsidRPr="00291C95">
        <w:rPr>
          <w:b/>
          <w:bCs/>
          <w:color w:val="EE0000"/>
        </w:rPr>
        <w:t>, 202</w:t>
      </w:r>
      <w:r w:rsidR="00291C95" w:rsidRPr="00291C95">
        <w:rPr>
          <w:b/>
          <w:bCs/>
          <w:color w:val="EE0000"/>
        </w:rPr>
        <w:t>7</w:t>
      </w:r>
      <w:r w:rsidR="52817418">
        <w:t>.</w:t>
      </w:r>
      <w:r>
        <w:br/>
      </w:r>
      <w:r>
        <w:br/>
      </w:r>
      <w:r w:rsidR="52817418">
        <w:t xml:space="preserve">Each </w:t>
      </w:r>
      <w:r w:rsidR="185D03FA">
        <w:t>letter of support</w:t>
      </w:r>
      <w:r w:rsidR="52817418">
        <w:t xml:space="preserve"> must include:</w:t>
      </w:r>
      <w:r>
        <w:br/>
      </w:r>
      <w:r w:rsidR="52817418">
        <w:t>1. Name of the nominee</w:t>
      </w:r>
      <w:r>
        <w:br/>
      </w:r>
      <w:r w:rsidR="52817418">
        <w:t xml:space="preserve">2. Name of the </w:t>
      </w:r>
      <w:r w:rsidR="185D03FA">
        <w:t>author</w:t>
      </w:r>
      <w:r>
        <w:br/>
      </w:r>
      <w:r w:rsidR="52817418">
        <w:t>3. Nature and duration of the professional relationship</w:t>
      </w:r>
      <w:r>
        <w:br/>
      </w:r>
      <w:r w:rsidR="52817418">
        <w:t xml:space="preserve">4. Statement of support describing why the candidate merits Fellow status, addressing </w:t>
      </w:r>
      <w:r w:rsidR="505B3F24">
        <w:t>the candidate's service to the Society and the profession of pain management, palliative care and/or hospice pharmacy.</w:t>
      </w:r>
      <w:r w:rsidR="52817418">
        <w:t xml:space="preserve"> </w:t>
      </w:r>
    </w:p>
    <w:p w14:paraId="2717FBED" w14:textId="77777777" w:rsidR="00087B4E" w:rsidRDefault="00087B4E" w:rsidP="005A79EB">
      <w:pPr>
        <w:spacing w:after="0" w:line="240" w:lineRule="auto"/>
        <w:contextualSpacing/>
      </w:pPr>
    </w:p>
    <w:p w14:paraId="512D0D78" w14:textId="0C46D639" w:rsidR="00087B4E" w:rsidRDefault="00087B4E" w:rsidP="005A79EB">
      <w:pPr>
        <w:spacing w:after="0" w:line="240" w:lineRule="auto"/>
        <w:contextualSpacing/>
      </w:pPr>
      <w:r>
        <w:t>Because letters of support are submitted separately, candidates are strongly encouraged to begin the process early to allow sufficient time for timely completion.</w:t>
      </w:r>
    </w:p>
    <w:p w14:paraId="2B2ABAEF" w14:textId="77777777" w:rsidR="005A79EB" w:rsidRDefault="005A79EB" w:rsidP="008A3C00">
      <w:pPr>
        <w:pStyle w:val="Heading2"/>
        <w:spacing w:before="0" w:line="240" w:lineRule="auto"/>
        <w:contextualSpacing/>
      </w:pPr>
    </w:p>
    <w:p w14:paraId="0ACC6549" w14:textId="62C142C0" w:rsidR="006D4D42" w:rsidRDefault="006D4D42" w:rsidP="008A3C00">
      <w:pPr>
        <w:pStyle w:val="Heading2"/>
        <w:spacing w:before="0" w:line="240" w:lineRule="auto"/>
        <w:contextualSpacing/>
      </w:pPr>
      <w:r>
        <w:t>Submission</w:t>
      </w:r>
    </w:p>
    <w:p w14:paraId="210CA38E" w14:textId="7162E4C0" w:rsidR="006D4D42" w:rsidRDefault="006D4D42" w:rsidP="008A3C00">
      <w:pPr>
        <w:spacing w:after="0" w:line="240" w:lineRule="auto"/>
        <w:contextualSpacing/>
      </w:pPr>
      <w:r>
        <w:t xml:space="preserve">All application materials including the application, candidate statement, CV, and letters </w:t>
      </w:r>
      <w:r w:rsidR="00087B4E">
        <w:t xml:space="preserve">of support </w:t>
      </w:r>
      <w:r>
        <w:t xml:space="preserve">must be received by </w:t>
      </w:r>
      <w:r w:rsidR="00796631" w:rsidRPr="00291C95">
        <w:rPr>
          <w:b/>
          <w:bCs/>
          <w:color w:val="EE0000"/>
        </w:rPr>
        <w:t xml:space="preserve">March </w:t>
      </w:r>
      <w:r w:rsidR="00291C95" w:rsidRPr="00291C95">
        <w:rPr>
          <w:b/>
          <w:bCs/>
          <w:color w:val="EE0000"/>
        </w:rPr>
        <w:t>1</w:t>
      </w:r>
      <w:r w:rsidR="00796631" w:rsidRPr="00291C95">
        <w:rPr>
          <w:b/>
          <w:bCs/>
          <w:color w:val="EE0000"/>
        </w:rPr>
        <w:t>, 202</w:t>
      </w:r>
      <w:r w:rsidR="00291C95" w:rsidRPr="00291C95">
        <w:rPr>
          <w:b/>
          <w:bCs/>
          <w:color w:val="EE0000"/>
        </w:rPr>
        <w:t>7</w:t>
      </w:r>
      <w:r>
        <w:t>.</w:t>
      </w:r>
      <w:r w:rsidR="00D627F0">
        <w:t xml:space="preserve"> Late applications will not be considered. </w:t>
      </w:r>
      <w:r>
        <w:br/>
      </w:r>
      <w:r>
        <w:br/>
      </w:r>
    </w:p>
    <w:p w14:paraId="0C957BFE" w14:textId="77777777" w:rsidR="00F65781" w:rsidRDefault="00F65781">
      <w:pPr>
        <w:rPr>
          <w:rFonts w:asciiTheme="majorHAnsi" w:eastAsiaTheme="majorEastAsia" w:hAnsiTheme="majorHAnsi" w:cstheme="majorBidi"/>
          <w:b/>
          <w:bCs/>
          <w:color w:val="365F91" w:themeColor="accent1" w:themeShade="BF"/>
          <w:sz w:val="28"/>
          <w:szCs w:val="28"/>
        </w:rPr>
      </w:pPr>
      <w:r>
        <w:br w:type="page"/>
      </w:r>
    </w:p>
    <w:p w14:paraId="39236752" w14:textId="42673628" w:rsidR="004375CB" w:rsidRPr="004375CB" w:rsidRDefault="004375CB" w:rsidP="008A3C00">
      <w:pPr>
        <w:pStyle w:val="Heading1"/>
        <w:spacing w:before="0" w:line="240" w:lineRule="auto"/>
        <w:contextualSpacing/>
        <w:jc w:val="center"/>
      </w:pPr>
      <w:r>
        <w:lastRenderedPageBreak/>
        <w:t>Application</w:t>
      </w:r>
    </w:p>
    <w:p w14:paraId="7EABAB4D" w14:textId="77777777" w:rsidR="003D1498" w:rsidRDefault="003D1498" w:rsidP="008A3C00">
      <w:pPr>
        <w:pStyle w:val="Heading2"/>
        <w:spacing w:before="0" w:line="240" w:lineRule="auto"/>
        <w:contextualSpacing/>
      </w:pPr>
      <w:r>
        <w:t>Candidate Information</w:t>
      </w:r>
    </w:p>
    <w:tbl>
      <w:tblPr>
        <w:tblStyle w:val="TableGrid"/>
        <w:tblW w:w="0" w:type="auto"/>
        <w:tblLook w:val="04A0" w:firstRow="1" w:lastRow="0" w:firstColumn="1" w:lastColumn="0" w:noHBand="0" w:noVBand="1"/>
      </w:tblPr>
      <w:tblGrid>
        <w:gridCol w:w="2515"/>
        <w:gridCol w:w="6115"/>
      </w:tblGrid>
      <w:tr w:rsidR="003D1498" w14:paraId="4810F3C2" w14:textId="77777777" w:rsidTr="6B19C7D4">
        <w:trPr>
          <w:trHeight w:val="300"/>
        </w:trPr>
        <w:tc>
          <w:tcPr>
            <w:tcW w:w="2515" w:type="dxa"/>
            <w:shd w:val="clear" w:color="auto" w:fill="F2F2F2" w:themeFill="background1" w:themeFillShade="F2"/>
          </w:tcPr>
          <w:p w14:paraId="1AD7B730" w14:textId="77777777" w:rsidR="003D1498" w:rsidRPr="003D1498" w:rsidRDefault="003D1498" w:rsidP="001D6A70">
            <w:pPr>
              <w:contextualSpacing/>
              <w:jc w:val="center"/>
              <w:rPr>
                <w:b/>
                <w:bCs/>
              </w:rPr>
            </w:pPr>
            <w:r w:rsidRPr="003D1498">
              <w:rPr>
                <w:b/>
                <w:bCs/>
              </w:rPr>
              <w:t>Field</w:t>
            </w:r>
          </w:p>
        </w:tc>
        <w:tc>
          <w:tcPr>
            <w:tcW w:w="6115" w:type="dxa"/>
            <w:shd w:val="clear" w:color="auto" w:fill="F2F2F2" w:themeFill="background1" w:themeFillShade="F2"/>
          </w:tcPr>
          <w:p w14:paraId="609B7CD5" w14:textId="77777777" w:rsidR="003D1498" w:rsidRPr="003D1498" w:rsidRDefault="003D1498" w:rsidP="001D6A70">
            <w:pPr>
              <w:contextualSpacing/>
              <w:jc w:val="center"/>
              <w:rPr>
                <w:b/>
                <w:bCs/>
              </w:rPr>
            </w:pPr>
            <w:r w:rsidRPr="003D1498">
              <w:rPr>
                <w:b/>
                <w:bCs/>
              </w:rPr>
              <w:t>Applicant Entry</w:t>
            </w:r>
          </w:p>
        </w:tc>
      </w:tr>
      <w:tr w:rsidR="003D1498" w14:paraId="63897F2B" w14:textId="77777777" w:rsidTr="6B19C7D4">
        <w:trPr>
          <w:trHeight w:val="300"/>
        </w:trPr>
        <w:tc>
          <w:tcPr>
            <w:tcW w:w="2515" w:type="dxa"/>
          </w:tcPr>
          <w:p w14:paraId="4D644765" w14:textId="77777777" w:rsidR="003D1498" w:rsidRDefault="003D1498" w:rsidP="008A3C00">
            <w:pPr>
              <w:contextualSpacing/>
            </w:pPr>
            <w:r>
              <w:t>Name</w:t>
            </w:r>
          </w:p>
        </w:tc>
        <w:tc>
          <w:tcPr>
            <w:tcW w:w="6115" w:type="dxa"/>
          </w:tcPr>
          <w:p w14:paraId="1B13D971" w14:textId="5B9EE63C" w:rsidR="003D1498" w:rsidRDefault="003D1498" w:rsidP="008A3C00">
            <w:pPr>
              <w:contextualSpacing/>
            </w:pPr>
          </w:p>
        </w:tc>
      </w:tr>
      <w:tr w:rsidR="003D1498" w14:paraId="75763352" w14:textId="77777777" w:rsidTr="6B19C7D4">
        <w:trPr>
          <w:trHeight w:val="300"/>
        </w:trPr>
        <w:tc>
          <w:tcPr>
            <w:tcW w:w="2515" w:type="dxa"/>
          </w:tcPr>
          <w:p w14:paraId="7F07F378" w14:textId="3C173B88" w:rsidR="003D1498" w:rsidRDefault="003D1498" w:rsidP="008A3C00">
            <w:pPr>
              <w:contextualSpacing/>
            </w:pPr>
            <w:r>
              <w:t>Credentials</w:t>
            </w:r>
          </w:p>
        </w:tc>
        <w:tc>
          <w:tcPr>
            <w:tcW w:w="6115" w:type="dxa"/>
          </w:tcPr>
          <w:p w14:paraId="6F14365B" w14:textId="17F2D4E3" w:rsidR="003D1498" w:rsidRDefault="003D1498" w:rsidP="008A3C00">
            <w:pPr>
              <w:contextualSpacing/>
            </w:pPr>
          </w:p>
        </w:tc>
      </w:tr>
      <w:tr w:rsidR="003D1498" w14:paraId="5D4DAC1F" w14:textId="77777777" w:rsidTr="6B19C7D4">
        <w:trPr>
          <w:trHeight w:val="300"/>
        </w:trPr>
        <w:tc>
          <w:tcPr>
            <w:tcW w:w="2515" w:type="dxa"/>
          </w:tcPr>
          <w:p w14:paraId="2272C70C" w14:textId="5E59A098" w:rsidR="003D1498" w:rsidRDefault="003D1498" w:rsidP="008A3C00">
            <w:pPr>
              <w:contextualSpacing/>
            </w:pPr>
            <w:r>
              <w:t>Name as you would like it displayed on recognition materials and website</w:t>
            </w:r>
          </w:p>
        </w:tc>
        <w:tc>
          <w:tcPr>
            <w:tcW w:w="6115" w:type="dxa"/>
          </w:tcPr>
          <w:p w14:paraId="284AEC08" w14:textId="4E34A81D" w:rsidR="003D1498" w:rsidRDefault="003D1498" w:rsidP="008A3C00">
            <w:pPr>
              <w:contextualSpacing/>
            </w:pPr>
          </w:p>
        </w:tc>
      </w:tr>
      <w:tr w:rsidR="003D1498" w14:paraId="55EAFDEB" w14:textId="77777777" w:rsidTr="6B19C7D4">
        <w:trPr>
          <w:trHeight w:val="300"/>
        </w:trPr>
        <w:tc>
          <w:tcPr>
            <w:tcW w:w="2515" w:type="dxa"/>
          </w:tcPr>
          <w:p w14:paraId="2CE07A86" w14:textId="77777777" w:rsidR="003D1498" w:rsidRDefault="003D1498" w:rsidP="008A3C00">
            <w:pPr>
              <w:contextualSpacing/>
            </w:pPr>
            <w:r>
              <w:t>Address</w:t>
            </w:r>
          </w:p>
        </w:tc>
        <w:tc>
          <w:tcPr>
            <w:tcW w:w="6115" w:type="dxa"/>
          </w:tcPr>
          <w:p w14:paraId="3AC941B8" w14:textId="568D03BF" w:rsidR="003D1498" w:rsidRDefault="003D1498" w:rsidP="008A3C00">
            <w:pPr>
              <w:contextualSpacing/>
            </w:pPr>
          </w:p>
        </w:tc>
      </w:tr>
      <w:tr w:rsidR="003D1498" w14:paraId="4CC4F42F" w14:textId="77777777" w:rsidTr="6B19C7D4">
        <w:trPr>
          <w:trHeight w:val="300"/>
        </w:trPr>
        <w:tc>
          <w:tcPr>
            <w:tcW w:w="2515" w:type="dxa"/>
          </w:tcPr>
          <w:p w14:paraId="331C048D" w14:textId="77777777" w:rsidR="003D1498" w:rsidRDefault="003D1498" w:rsidP="008A3C00">
            <w:pPr>
              <w:contextualSpacing/>
            </w:pPr>
            <w:r>
              <w:t>City, State ZIP</w:t>
            </w:r>
          </w:p>
        </w:tc>
        <w:tc>
          <w:tcPr>
            <w:tcW w:w="6115" w:type="dxa"/>
          </w:tcPr>
          <w:p w14:paraId="54E76971" w14:textId="40139B2F" w:rsidR="003D1498" w:rsidRDefault="003D1498" w:rsidP="6B19C7D4"/>
        </w:tc>
      </w:tr>
      <w:tr w:rsidR="003D1498" w14:paraId="07D65217" w14:textId="77777777" w:rsidTr="6B19C7D4">
        <w:trPr>
          <w:trHeight w:val="300"/>
        </w:trPr>
        <w:tc>
          <w:tcPr>
            <w:tcW w:w="2515" w:type="dxa"/>
          </w:tcPr>
          <w:p w14:paraId="3AD88AA3" w14:textId="77777777" w:rsidR="003D1498" w:rsidRDefault="003D1498" w:rsidP="008A3C00">
            <w:pPr>
              <w:contextualSpacing/>
            </w:pPr>
            <w:r>
              <w:t>Preferred Email</w:t>
            </w:r>
          </w:p>
        </w:tc>
        <w:tc>
          <w:tcPr>
            <w:tcW w:w="6115" w:type="dxa"/>
          </w:tcPr>
          <w:p w14:paraId="204B67B5" w14:textId="10D347AE" w:rsidR="003D1498" w:rsidRDefault="003D1498" w:rsidP="008A3C00">
            <w:pPr>
              <w:contextualSpacing/>
            </w:pPr>
          </w:p>
        </w:tc>
      </w:tr>
      <w:tr w:rsidR="003D1498" w14:paraId="569A907C" w14:textId="77777777" w:rsidTr="6B19C7D4">
        <w:trPr>
          <w:trHeight w:val="300"/>
        </w:trPr>
        <w:tc>
          <w:tcPr>
            <w:tcW w:w="2515" w:type="dxa"/>
          </w:tcPr>
          <w:p w14:paraId="4417ECD6" w14:textId="77777777" w:rsidR="003D1498" w:rsidRDefault="003D1498" w:rsidP="008A3C00">
            <w:pPr>
              <w:contextualSpacing/>
            </w:pPr>
            <w:r>
              <w:t>Preferred Phone</w:t>
            </w:r>
          </w:p>
        </w:tc>
        <w:tc>
          <w:tcPr>
            <w:tcW w:w="6115" w:type="dxa"/>
          </w:tcPr>
          <w:p w14:paraId="64E59539" w14:textId="770B1969" w:rsidR="003D1498" w:rsidRDefault="003D1498" w:rsidP="008A3C00">
            <w:pPr>
              <w:contextualSpacing/>
            </w:pPr>
          </w:p>
        </w:tc>
      </w:tr>
      <w:tr w:rsidR="003D1498" w14:paraId="4370F4F1" w14:textId="77777777" w:rsidTr="6B19C7D4">
        <w:trPr>
          <w:trHeight w:val="300"/>
        </w:trPr>
        <w:tc>
          <w:tcPr>
            <w:tcW w:w="2515" w:type="dxa"/>
          </w:tcPr>
          <w:p w14:paraId="02A5CAA7" w14:textId="77777777" w:rsidR="003D1498" w:rsidRDefault="003D1498" w:rsidP="008A3C00">
            <w:pPr>
              <w:contextualSpacing/>
            </w:pPr>
            <w:r>
              <w:t>SPPCP Membership #</w:t>
            </w:r>
          </w:p>
        </w:tc>
        <w:tc>
          <w:tcPr>
            <w:tcW w:w="6115" w:type="dxa"/>
          </w:tcPr>
          <w:p w14:paraId="2D5C27D6" w14:textId="77777777" w:rsidR="003D1498" w:rsidRDefault="003D1498" w:rsidP="008A3C00">
            <w:pPr>
              <w:contextualSpacing/>
            </w:pPr>
          </w:p>
        </w:tc>
      </w:tr>
    </w:tbl>
    <w:p w14:paraId="5F598544" w14:textId="38F5F906" w:rsidR="2F3BEDC1" w:rsidRDefault="2F3BEDC1"/>
    <w:p w14:paraId="40EEA816" w14:textId="77777777" w:rsidR="001D6A70" w:rsidRDefault="001D6A70" w:rsidP="008A3C00">
      <w:pPr>
        <w:pStyle w:val="Heading2"/>
        <w:spacing w:before="0" w:line="240" w:lineRule="auto"/>
        <w:contextualSpacing/>
      </w:pPr>
    </w:p>
    <w:p w14:paraId="503E9CF7" w14:textId="436200ED" w:rsidR="00566E2E" w:rsidRDefault="00566E2E" w:rsidP="008A3C00">
      <w:pPr>
        <w:pStyle w:val="Heading2"/>
        <w:spacing w:before="0" w:line="240" w:lineRule="auto"/>
        <w:contextualSpacing/>
      </w:pPr>
      <w:r>
        <w:t>SPPCP Membership History</w:t>
      </w:r>
    </w:p>
    <w:p w14:paraId="0D18836E" w14:textId="77777777" w:rsidR="00566E2E" w:rsidRDefault="00566E2E" w:rsidP="008A3C00">
      <w:pPr>
        <w:spacing w:after="0" w:line="240" w:lineRule="auto"/>
        <w:contextualSpacing/>
      </w:pPr>
      <w:r>
        <w:t>Please enter your SPPCP membership history, including start and end dates. If you had multiple membership periods (with lapses), list each date range separately.</w:t>
      </w:r>
    </w:p>
    <w:tbl>
      <w:tblPr>
        <w:tblStyle w:val="TableGrid"/>
        <w:tblW w:w="0" w:type="auto"/>
        <w:tblLook w:val="04A0" w:firstRow="1" w:lastRow="0" w:firstColumn="1" w:lastColumn="0" w:noHBand="0" w:noVBand="1"/>
      </w:tblPr>
      <w:tblGrid>
        <w:gridCol w:w="2877"/>
        <w:gridCol w:w="2877"/>
        <w:gridCol w:w="2876"/>
      </w:tblGrid>
      <w:tr w:rsidR="00566E2E" w14:paraId="3C716C1A" w14:textId="77777777" w:rsidTr="2ACC6EEC">
        <w:tc>
          <w:tcPr>
            <w:tcW w:w="2877" w:type="dxa"/>
            <w:shd w:val="clear" w:color="auto" w:fill="F2F2F2" w:themeFill="background1" w:themeFillShade="F2"/>
          </w:tcPr>
          <w:p w14:paraId="0076C252" w14:textId="77777777" w:rsidR="00566E2E" w:rsidRPr="00F019B2" w:rsidRDefault="00566E2E" w:rsidP="008A3C00">
            <w:pPr>
              <w:contextualSpacing/>
              <w:rPr>
                <w:b/>
                <w:bCs/>
              </w:rPr>
            </w:pPr>
            <w:r w:rsidRPr="00F019B2">
              <w:rPr>
                <w:b/>
                <w:bCs/>
              </w:rPr>
              <w:t>Membership Period Start Date</w:t>
            </w:r>
          </w:p>
        </w:tc>
        <w:tc>
          <w:tcPr>
            <w:tcW w:w="2877" w:type="dxa"/>
            <w:shd w:val="clear" w:color="auto" w:fill="F2F2F2" w:themeFill="background1" w:themeFillShade="F2"/>
          </w:tcPr>
          <w:p w14:paraId="67096F78" w14:textId="77777777" w:rsidR="00566E2E" w:rsidRPr="00F019B2" w:rsidRDefault="00566E2E" w:rsidP="008A3C00">
            <w:pPr>
              <w:contextualSpacing/>
              <w:rPr>
                <w:b/>
                <w:bCs/>
              </w:rPr>
            </w:pPr>
            <w:r w:rsidRPr="00F019B2">
              <w:rPr>
                <w:b/>
                <w:bCs/>
              </w:rPr>
              <w:t>Membership Period End Date</w:t>
            </w:r>
          </w:p>
        </w:tc>
        <w:tc>
          <w:tcPr>
            <w:tcW w:w="2876" w:type="dxa"/>
            <w:shd w:val="clear" w:color="auto" w:fill="F2F2F2" w:themeFill="background1" w:themeFillShade="F2"/>
          </w:tcPr>
          <w:p w14:paraId="70064AD3" w14:textId="77777777" w:rsidR="00566E2E" w:rsidRPr="00F019B2" w:rsidRDefault="00566E2E" w:rsidP="008A3C00">
            <w:pPr>
              <w:contextualSpacing/>
              <w:rPr>
                <w:b/>
                <w:bCs/>
              </w:rPr>
            </w:pPr>
            <w:r w:rsidRPr="00F019B2">
              <w:rPr>
                <w:b/>
                <w:bCs/>
              </w:rPr>
              <w:t>Notes (if lapse occurred)</w:t>
            </w:r>
          </w:p>
        </w:tc>
      </w:tr>
      <w:tr w:rsidR="00566E2E" w14:paraId="08AD9548" w14:textId="77777777" w:rsidTr="2ACC6EEC">
        <w:tc>
          <w:tcPr>
            <w:tcW w:w="2877" w:type="dxa"/>
          </w:tcPr>
          <w:p w14:paraId="664CE70D" w14:textId="64ED3679" w:rsidR="00566E2E" w:rsidRDefault="00566E2E" w:rsidP="008A3C00">
            <w:pPr>
              <w:contextualSpacing/>
            </w:pPr>
          </w:p>
        </w:tc>
        <w:tc>
          <w:tcPr>
            <w:tcW w:w="2877" w:type="dxa"/>
          </w:tcPr>
          <w:p w14:paraId="2F48D41C" w14:textId="21A9A5D1" w:rsidR="00566E2E" w:rsidRDefault="00566E2E" w:rsidP="008A3C00">
            <w:pPr>
              <w:contextualSpacing/>
            </w:pPr>
          </w:p>
        </w:tc>
        <w:tc>
          <w:tcPr>
            <w:tcW w:w="2876" w:type="dxa"/>
          </w:tcPr>
          <w:p w14:paraId="17FE0FB7" w14:textId="56E16A4D" w:rsidR="00566E2E" w:rsidRDefault="00566E2E" w:rsidP="008A3C00">
            <w:pPr>
              <w:contextualSpacing/>
            </w:pPr>
          </w:p>
        </w:tc>
      </w:tr>
      <w:tr w:rsidR="00566E2E" w14:paraId="2AC3F028" w14:textId="77777777" w:rsidTr="2ACC6EEC">
        <w:tc>
          <w:tcPr>
            <w:tcW w:w="2877" w:type="dxa"/>
          </w:tcPr>
          <w:p w14:paraId="0644AEAC" w14:textId="77777777" w:rsidR="00566E2E" w:rsidRDefault="00566E2E" w:rsidP="008A3C00">
            <w:pPr>
              <w:contextualSpacing/>
            </w:pPr>
          </w:p>
        </w:tc>
        <w:tc>
          <w:tcPr>
            <w:tcW w:w="2877" w:type="dxa"/>
          </w:tcPr>
          <w:p w14:paraId="13EDA2DA" w14:textId="77777777" w:rsidR="00566E2E" w:rsidRDefault="00566E2E" w:rsidP="008A3C00">
            <w:pPr>
              <w:contextualSpacing/>
            </w:pPr>
          </w:p>
        </w:tc>
        <w:tc>
          <w:tcPr>
            <w:tcW w:w="2876" w:type="dxa"/>
          </w:tcPr>
          <w:p w14:paraId="1E8D38AC" w14:textId="77777777" w:rsidR="00566E2E" w:rsidRDefault="00566E2E" w:rsidP="008A3C00">
            <w:pPr>
              <w:contextualSpacing/>
            </w:pPr>
          </w:p>
        </w:tc>
      </w:tr>
      <w:tr w:rsidR="00566E2E" w14:paraId="0C9FBC3E" w14:textId="77777777" w:rsidTr="2ACC6EEC">
        <w:tc>
          <w:tcPr>
            <w:tcW w:w="2877" w:type="dxa"/>
          </w:tcPr>
          <w:p w14:paraId="39E107EC" w14:textId="77777777" w:rsidR="00566E2E" w:rsidRDefault="00566E2E" w:rsidP="008A3C00">
            <w:pPr>
              <w:contextualSpacing/>
            </w:pPr>
          </w:p>
        </w:tc>
        <w:tc>
          <w:tcPr>
            <w:tcW w:w="2877" w:type="dxa"/>
          </w:tcPr>
          <w:p w14:paraId="08F9B6F7" w14:textId="77777777" w:rsidR="00566E2E" w:rsidRDefault="00566E2E" w:rsidP="008A3C00">
            <w:pPr>
              <w:contextualSpacing/>
            </w:pPr>
          </w:p>
        </w:tc>
        <w:tc>
          <w:tcPr>
            <w:tcW w:w="2876" w:type="dxa"/>
          </w:tcPr>
          <w:p w14:paraId="6EECC71E" w14:textId="77777777" w:rsidR="00566E2E" w:rsidRDefault="00566E2E" w:rsidP="008A3C00">
            <w:pPr>
              <w:contextualSpacing/>
            </w:pPr>
          </w:p>
        </w:tc>
      </w:tr>
    </w:tbl>
    <w:p w14:paraId="5B7EEFB6" w14:textId="77777777" w:rsidR="001D6A70" w:rsidRDefault="001D6A70" w:rsidP="008A3C00">
      <w:pPr>
        <w:pStyle w:val="Heading2"/>
        <w:spacing w:before="0" w:line="240" w:lineRule="auto"/>
        <w:contextualSpacing/>
      </w:pPr>
    </w:p>
    <w:p w14:paraId="5AEABAEC" w14:textId="2292A2A0" w:rsidR="00566E2E" w:rsidRDefault="00986D46" w:rsidP="008A3C00">
      <w:pPr>
        <w:pStyle w:val="Heading2"/>
        <w:spacing w:before="0" w:line="240" w:lineRule="auto"/>
        <w:contextualSpacing/>
      </w:pPr>
      <w:r>
        <w:t xml:space="preserve">Section I: </w:t>
      </w:r>
      <w:r w:rsidR="00566E2E">
        <w:t xml:space="preserve">Professional Experience </w:t>
      </w:r>
      <w:r>
        <w:t xml:space="preserve">(Max </w:t>
      </w:r>
      <w:r w:rsidR="00B37E42">
        <w:t>3</w:t>
      </w:r>
      <w:r>
        <w:t>0 points)</w:t>
      </w:r>
    </w:p>
    <w:p w14:paraId="43D872E4" w14:textId="0684CA66" w:rsidR="001970FA" w:rsidRDefault="00566E2E" w:rsidP="4227BBD5">
      <w:pPr>
        <w:spacing w:after="0" w:line="240" w:lineRule="auto"/>
        <w:contextualSpacing/>
      </w:pPr>
      <w:r>
        <w:t>List your professional employment in pain management, palliative care, or hospice-related roles from the date of licensure</w:t>
      </w:r>
      <w:r w:rsidR="00B43C41">
        <w:t xml:space="preserve"> </w:t>
      </w:r>
      <w:r w:rsidR="001F427B">
        <w:t>for</w:t>
      </w:r>
      <w:r>
        <w:t xml:space="preserve"> the last 10 years. </w:t>
      </w:r>
    </w:p>
    <w:p w14:paraId="1A9FFA92" w14:textId="77777777" w:rsidR="001970FA" w:rsidRDefault="001970FA" w:rsidP="4227BBD5">
      <w:pPr>
        <w:spacing w:after="0" w:line="240" w:lineRule="auto"/>
        <w:contextualSpacing/>
      </w:pPr>
    </w:p>
    <w:tbl>
      <w:tblPr>
        <w:tblStyle w:val="TableGrid"/>
        <w:tblW w:w="9111" w:type="dxa"/>
        <w:tblLook w:val="04A0" w:firstRow="1" w:lastRow="0" w:firstColumn="1" w:lastColumn="0" w:noHBand="0" w:noVBand="1"/>
      </w:tblPr>
      <w:tblGrid>
        <w:gridCol w:w="2167"/>
        <w:gridCol w:w="2684"/>
        <w:gridCol w:w="2130"/>
        <w:gridCol w:w="2130"/>
      </w:tblGrid>
      <w:tr w:rsidR="001970FA" w14:paraId="750BAE95" w14:textId="77777777" w:rsidTr="002103BF">
        <w:trPr>
          <w:trHeight w:val="313"/>
        </w:trPr>
        <w:tc>
          <w:tcPr>
            <w:tcW w:w="2167" w:type="dxa"/>
            <w:shd w:val="clear" w:color="auto" w:fill="F2F2F2" w:themeFill="background1" w:themeFillShade="F2"/>
          </w:tcPr>
          <w:p w14:paraId="4F5CE814" w14:textId="77777777" w:rsidR="001970FA" w:rsidRPr="00F019B2" w:rsidRDefault="001970FA" w:rsidP="002103BF">
            <w:pPr>
              <w:contextualSpacing/>
              <w:rPr>
                <w:b/>
                <w:bCs/>
              </w:rPr>
            </w:pPr>
            <w:r w:rsidRPr="00F019B2">
              <w:rPr>
                <w:b/>
                <w:bCs/>
              </w:rPr>
              <w:t>Position Title</w:t>
            </w:r>
          </w:p>
        </w:tc>
        <w:tc>
          <w:tcPr>
            <w:tcW w:w="2684" w:type="dxa"/>
            <w:shd w:val="clear" w:color="auto" w:fill="F2F2F2" w:themeFill="background1" w:themeFillShade="F2"/>
          </w:tcPr>
          <w:p w14:paraId="3A401D36" w14:textId="77777777" w:rsidR="001970FA" w:rsidRPr="00F019B2" w:rsidRDefault="001970FA" w:rsidP="002103BF">
            <w:pPr>
              <w:contextualSpacing/>
              <w:rPr>
                <w:b/>
                <w:bCs/>
              </w:rPr>
            </w:pPr>
            <w:r w:rsidRPr="00F019B2">
              <w:rPr>
                <w:b/>
                <w:bCs/>
              </w:rPr>
              <w:t>Employer/Institution</w:t>
            </w:r>
          </w:p>
        </w:tc>
        <w:tc>
          <w:tcPr>
            <w:tcW w:w="2130" w:type="dxa"/>
            <w:shd w:val="clear" w:color="auto" w:fill="F2F2F2" w:themeFill="background1" w:themeFillShade="F2"/>
          </w:tcPr>
          <w:p w14:paraId="48AD6135" w14:textId="77777777" w:rsidR="001970FA" w:rsidRPr="00F019B2" w:rsidRDefault="001970FA" w:rsidP="002103BF">
            <w:pPr>
              <w:contextualSpacing/>
              <w:rPr>
                <w:b/>
                <w:bCs/>
              </w:rPr>
            </w:pPr>
            <w:r w:rsidRPr="00F019B2">
              <w:rPr>
                <w:b/>
                <w:bCs/>
              </w:rPr>
              <w:t>Start Date</w:t>
            </w:r>
          </w:p>
        </w:tc>
        <w:tc>
          <w:tcPr>
            <w:tcW w:w="2130" w:type="dxa"/>
            <w:shd w:val="clear" w:color="auto" w:fill="F2F2F2" w:themeFill="background1" w:themeFillShade="F2"/>
          </w:tcPr>
          <w:p w14:paraId="3E76F7C2" w14:textId="77777777" w:rsidR="001970FA" w:rsidRPr="00F019B2" w:rsidRDefault="001970FA" w:rsidP="002103BF">
            <w:pPr>
              <w:contextualSpacing/>
              <w:rPr>
                <w:b/>
                <w:bCs/>
              </w:rPr>
            </w:pPr>
            <w:r w:rsidRPr="00F019B2">
              <w:rPr>
                <w:b/>
                <w:bCs/>
              </w:rPr>
              <w:t>End Date</w:t>
            </w:r>
          </w:p>
        </w:tc>
      </w:tr>
      <w:tr w:rsidR="001970FA" w14:paraId="041F0120" w14:textId="77777777" w:rsidTr="002103BF">
        <w:trPr>
          <w:trHeight w:val="296"/>
        </w:trPr>
        <w:tc>
          <w:tcPr>
            <w:tcW w:w="2167" w:type="dxa"/>
          </w:tcPr>
          <w:p w14:paraId="5C35738D" w14:textId="77777777" w:rsidR="001970FA" w:rsidRDefault="001970FA" w:rsidP="002103BF">
            <w:pPr>
              <w:contextualSpacing/>
            </w:pPr>
          </w:p>
        </w:tc>
        <w:tc>
          <w:tcPr>
            <w:tcW w:w="2684" w:type="dxa"/>
          </w:tcPr>
          <w:p w14:paraId="099ED7F2" w14:textId="77777777" w:rsidR="001970FA" w:rsidRDefault="001970FA" w:rsidP="002103BF">
            <w:pPr>
              <w:contextualSpacing/>
            </w:pPr>
          </w:p>
        </w:tc>
        <w:tc>
          <w:tcPr>
            <w:tcW w:w="2130" w:type="dxa"/>
          </w:tcPr>
          <w:p w14:paraId="2DCF0BB9" w14:textId="77777777" w:rsidR="001970FA" w:rsidRDefault="001970FA" w:rsidP="002103BF">
            <w:pPr>
              <w:contextualSpacing/>
            </w:pPr>
          </w:p>
        </w:tc>
        <w:tc>
          <w:tcPr>
            <w:tcW w:w="2130" w:type="dxa"/>
          </w:tcPr>
          <w:p w14:paraId="7B018382" w14:textId="77777777" w:rsidR="001970FA" w:rsidRDefault="001970FA" w:rsidP="002103BF">
            <w:pPr>
              <w:contextualSpacing/>
            </w:pPr>
          </w:p>
        </w:tc>
      </w:tr>
      <w:tr w:rsidR="001970FA" w14:paraId="20266D74" w14:textId="77777777" w:rsidTr="002103BF">
        <w:trPr>
          <w:trHeight w:val="313"/>
        </w:trPr>
        <w:tc>
          <w:tcPr>
            <w:tcW w:w="2167" w:type="dxa"/>
          </w:tcPr>
          <w:p w14:paraId="347AD582" w14:textId="77777777" w:rsidR="001970FA" w:rsidRDefault="001970FA" w:rsidP="002103BF">
            <w:pPr>
              <w:contextualSpacing/>
            </w:pPr>
          </w:p>
        </w:tc>
        <w:tc>
          <w:tcPr>
            <w:tcW w:w="2684" w:type="dxa"/>
          </w:tcPr>
          <w:p w14:paraId="675DAE7F" w14:textId="77777777" w:rsidR="001970FA" w:rsidRDefault="001970FA" w:rsidP="002103BF">
            <w:pPr>
              <w:contextualSpacing/>
            </w:pPr>
          </w:p>
        </w:tc>
        <w:tc>
          <w:tcPr>
            <w:tcW w:w="2130" w:type="dxa"/>
          </w:tcPr>
          <w:p w14:paraId="0FFC28EA" w14:textId="77777777" w:rsidR="001970FA" w:rsidRDefault="001970FA" w:rsidP="002103BF">
            <w:pPr>
              <w:contextualSpacing/>
            </w:pPr>
          </w:p>
        </w:tc>
        <w:tc>
          <w:tcPr>
            <w:tcW w:w="2130" w:type="dxa"/>
          </w:tcPr>
          <w:p w14:paraId="57BA4643" w14:textId="77777777" w:rsidR="001970FA" w:rsidRDefault="001970FA" w:rsidP="002103BF">
            <w:pPr>
              <w:contextualSpacing/>
            </w:pPr>
          </w:p>
        </w:tc>
      </w:tr>
      <w:tr w:rsidR="001970FA" w14:paraId="2E215D6D" w14:textId="77777777" w:rsidTr="002103BF">
        <w:trPr>
          <w:trHeight w:val="296"/>
        </w:trPr>
        <w:tc>
          <w:tcPr>
            <w:tcW w:w="2167" w:type="dxa"/>
          </w:tcPr>
          <w:p w14:paraId="7D41D14E" w14:textId="77777777" w:rsidR="001970FA" w:rsidRDefault="001970FA" w:rsidP="002103BF">
            <w:pPr>
              <w:contextualSpacing/>
            </w:pPr>
          </w:p>
        </w:tc>
        <w:tc>
          <w:tcPr>
            <w:tcW w:w="2684" w:type="dxa"/>
          </w:tcPr>
          <w:p w14:paraId="61079931" w14:textId="77777777" w:rsidR="001970FA" w:rsidRDefault="001970FA" w:rsidP="002103BF">
            <w:pPr>
              <w:contextualSpacing/>
            </w:pPr>
          </w:p>
        </w:tc>
        <w:tc>
          <w:tcPr>
            <w:tcW w:w="2130" w:type="dxa"/>
          </w:tcPr>
          <w:p w14:paraId="7B8CD061" w14:textId="77777777" w:rsidR="001970FA" w:rsidRDefault="001970FA" w:rsidP="002103BF">
            <w:pPr>
              <w:contextualSpacing/>
            </w:pPr>
          </w:p>
        </w:tc>
        <w:tc>
          <w:tcPr>
            <w:tcW w:w="2130" w:type="dxa"/>
          </w:tcPr>
          <w:p w14:paraId="64230270" w14:textId="77777777" w:rsidR="001970FA" w:rsidRDefault="001970FA" w:rsidP="002103BF">
            <w:pPr>
              <w:contextualSpacing/>
            </w:pPr>
          </w:p>
        </w:tc>
      </w:tr>
      <w:tr w:rsidR="001970FA" w14:paraId="21BEE4DD" w14:textId="77777777" w:rsidTr="002103BF">
        <w:trPr>
          <w:trHeight w:val="313"/>
        </w:trPr>
        <w:tc>
          <w:tcPr>
            <w:tcW w:w="2167" w:type="dxa"/>
          </w:tcPr>
          <w:p w14:paraId="5109F72A" w14:textId="77777777" w:rsidR="001970FA" w:rsidRDefault="001970FA" w:rsidP="002103BF">
            <w:pPr>
              <w:contextualSpacing/>
            </w:pPr>
          </w:p>
        </w:tc>
        <w:tc>
          <w:tcPr>
            <w:tcW w:w="2684" w:type="dxa"/>
          </w:tcPr>
          <w:p w14:paraId="065BD490" w14:textId="77777777" w:rsidR="001970FA" w:rsidRDefault="001970FA" w:rsidP="002103BF">
            <w:pPr>
              <w:contextualSpacing/>
            </w:pPr>
          </w:p>
        </w:tc>
        <w:tc>
          <w:tcPr>
            <w:tcW w:w="2130" w:type="dxa"/>
          </w:tcPr>
          <w:p w14:paraId="0BF644AC" w14:textId="77777777" w:rsidR="001970FA" w:rsidRDefault="001970FA" w:rsidP="002103BF">
            <w:pPr>
              <w:contextualSpacing/>
            </w:pPr>
          </w:p>
        </w:tc>
        <w:tc>
          <w:tcPr>
            <w:tcW w:w="2130" w:type="dxa"/>
          </w:tcPr>
          <w:p w14:paraId="01B54258" w14:textId="77777777" w:rsidR="001970FA" w:rsidRDefault="001970FA" w:rsidP="002103BF">
            <w:pPr>
              <w:contextualSpacing/>
            </w:pPr>
          </w:p>
        </w:tc>
      </w:tr>
      <w:tr w:rsidR="001970FA" w14:paraId="2F3ABD88" w14:textId="77777777" w:rsidTr="002103BF">
        <w:trPr>
          <w:trHeight w:val="296"/>
        </w:trPr>
        <w:tc>
          <w:tcPr>
            <w:tcW w:w="2167" w:type="dxa"/>
          </w:tcPr>
          <w:p w14:paraId="335EC349" w14:textId="77777777" w:rsidR="001970FA" w:rsidRDefault="001970FA" w:rsidP="002103BF">
            <w:pPr>
              <w:contextualSpacing/>
            </w:pPr>
          </w:p>
        </w:tc>
        <w:tc>
          <w:tcPr>
            <w:tcW w:w="2684" w:type="dxa"/>
          </w:tcPr>
          <w:p w14:paraId="55769F8F" w14:textId="77777777" w:rsidR="001970FA" w:rsidRDefault="001970FA" w:rsidP="002103BF">
            <w:pPr>
              <w:contextualSpacing/>
            </w:pPr>
          </w:p>
        </w:tc>
        <w:tc>
          <w:tcPr>
            <w:tcW w:w="2130" w:type="dxa"/>
          </w:tcPr>
          <w:p w14:paraId="42D41B33" w14:textId="77777777" w:rsidR="001970FA" w:rsidRDefault="001970FA" w:rsidP="002103BF">
            <w:pPr>
              <w:contextualSpacing/>
            </w:pPr>
          </w:p>
        </w:tc>
        <w:tc>
          <w:tcPr>
            <w:tcW w:w="2130" w:type="dxa"/>
          </w:tcPr>
          <w:p w14:paraId="5E243CBB" w14:textId="77777777" w:rsidR="001970FA" w:rsidRDefault="001970FA" w:rsidP="002103BF">
            <w:pPr>
              <w:contextualSpacing/>
            </w:pPr>
          </w:p>
        </w:tc>
      </w:tr>
      <w:tr w:rsidR="001970FA" w14:paraId="169F27EC" w14:textId="77777777" w:rsidTr="002103BF">
        <w:trPr>
          <w:trHeight w:val="313"/>
        </w:trPr>
        <w:tc>
          <w:tcPr>
            <w:tcW w:w="2167" w:type="dxa"/>
          </w:tcPr>
          <w:p w14:paraId="7B85DDF3" w14:textId="77777777" w:rsidR="001970FA" w:rsidRDefault="001970FA" w:rsidP="002103BF">
            <w:pPr>
              <w:contextualSpacing/>
            </w:pPr>
          </w:p>
        </w:tc>
        <w:tc>
          <w:tcPr>
            <w:tcW w:w="2684" w:type="dxa"/>
          </w:tcPr>
          <w:p w14:paraId="59A0A16C" w14:textId="77777777" w:rsidR="001970FA" w:rsidRDefault="001970FA" w:rsidP="002103BF">
            <w:pPr>
              <w:contextualSpacing/>
            </w:pPr>
          </w:p>
        </w:tc>
        <w:tc>
          <w:tcPr>
            <w:tcW w:w="2130" w:type="dxa"/>
          </w:tcPr>
          <w:p w14:paraId="025D86AD" w14:textId="77777777" w:rsidR="001970FA" w:rsidRDefault="001970FA" w:rsidP="002103BF">
            <w:pPr>
              <w:contextualSpacing/>
            </w:pPr>
          </w:p>
        </w:tc>
        <w:tc>
          <w:tcPr>
            <w:tcW w:w="2130" w:type="dxa"/>
          </w:tcPr>
          <w:p w14:paraId="5904578A" w14:textId="77777777" w:rsidR="001970FA" w:rsidRDefault="001970FA" w:rsidP="002103BF">
            <w:pPr>
              <w:contextualSpacing/>
            </w:pPr>
          </w:p>
        </w:tc>
      </w:tr>
      <w:tr w:rsidR="001970FA" w14:paraId="246B6B49" w14:textId="77777777" w:rsidTr="002103BF">
        <w:trPr>
          <w:trHeight w:val="313"/>
        </w:trPr>
        <w:tc>
          <w:tcPr>
            <w:tcW w:w="2167" w:type="dxa"/>
          </w:tcPr>
          <w:p w14:paraId="72CB4A98" w14:textId="77777777" w:rsidR="001970FA" w:rsidRDefault="001970FA" w:rsidP="002103BF">
            <w:pPr>
              <w:contextualSpacing/>
            </w:pPr>
          </w:p>
        </w:tc>
        <w:tc>
          <w:tcPr>
            <w:tcW w:w="2684" w:type="dxa"/>
          </w:tcPr>
          <w:p w14:paraId="7BF99C75" w14:textId="77777777" w:rsidR="001970FA" w:rsidRDefault="001970FA" w:rsidP="002103BF">
            <w:pPr>
              <w:contextualSpacing/>
            </w:pPr>
          </w:p>
        </w:tc>
        <w:tc>
          <w:tcPr>
            <w:tcW w:w="2130" w:type="dxa"/>
          </w:tcPr>
          <w:p w14:paraId="31F41C6E" w14:textId="77777777" w:rsidR="001970FA" w:rsidRDefault="001970FA" w:rsidP="002103BF">
            <w:pPr>
              <w:contextualSpacing/>
            </w:pPr>
          </w:p>
        </w:tc>
        <w:tc>
          <w:tcPr>
            <w:tcW w:w="2130" w:type="dxa"/>
          </w:tcPr>
          <w:p w14:paraId="7CF37F66" w14:textId="77777777" w:rsidR="001970FA" w:rsidRDefault="001970FA" w:rsidP="002103BF">
            <w:pPr>
              <w:contextualSpacing/>
            </w:pPr>
          </w:p>
        </w:tc>
      </w:tr>
      <w:tr w:rsidR="001970FA" w14:paraId="2F3BEF10" w14:textId="77777777" w:rsidTr="002103BF">
        <w:trPr>
          <w:trHeight w:val="296"/>
        </w:trPr>
        <w:tc>
          <w:tcPr>
            <w:tcW w:w="2167" w:type="dxa"/>
          </w:tcPr>
          <w:p w14:paraId="47FF937B" w14:textId="77777777" w:rsidR="001970FA" w:rsidRDefault="001970FA" w:rsidP="002103BF">
            <w:pPr>
              <w:contextualSpacing/>
            </w:pPr>
          </w:p>
        </w:tc>
        <w:tc>
          <w:tcPr>
            <w:tcW w:w="2684" w:type="dxa"/>
          </w:tcPr>
          <w:p w14:paraId="32C9A5DC" w14:textId="77777777" w:rsidR="001970FA" w:rsidRDefault="001970FA" w:rsidP="002103BF">
            <w:pPr>
              <w:contextualSpacing/>
            </w:pPr>
          </w:p>
        </w:tc>
        <w:tc>
          <w:tcPr>
            <w:tcW w:w="2130" w:type="dxa"/>
          </w:tcPr>
          <w:p w14:paraId="7CECAA08" w14:textId="77777777" w:rsidR="001970FA" w:rsidRDefault="001970FA" w:rsidP="002103BF">
            <w:pPr>
              <w:contextualSpacing/>
            </w:pPr>
          </w:p>
        </w:tc>
        <w:tc>
          <w:tcPr>
            <w:tcW w:w="2130" w:type="dxa"/>
          </w:tcPr>
          <w:p w14:paraId="1E43EF31" w14:textId="77777777" w:rsidR="001970FA" w:rsidRDefault="001970FA" w:rsidP="002103BF">
            <w:pPr>
              <w:contextualSpacing/>
            </w:pPr>
          </w:p>
        </w:tc>
      </w:tr>
      <w:tr w:rsidR="001970FA" w14:paraId="03C16BDB" w14:textId="77777777" w:rsidTr="002103BF">
        <w:trPr>
          <w:trHeight w:val="296"/>
        </w:trPr>
        <w:tc>
          <w:tcPr>
            <w:tcW w:w="2167" w:type="dxa"/>
          </w:tcPr>
          <w:p w14:paraId="294EFE7F" w14:textId="77777777" w:rsidR="001970FA" w:rsidRDefault="001970FA" w:rsidP="002103BF">
            <w:pPr>
              <w:contextualSpacing/>
            </w:pPr>
          </w:p>
        </w:tc>
        <w:tc>
          <w:tcPr>
            <w:tcW w:w="2684" w:type="dxa"/>
          </w:tcPr>
          <w:p w14:paraId="56862521" w14:textId="77777777" w:rsidR="001970FA" w:rsidRDefault="001970FA" w:rsidP="002103BF">
            <w:pPr>
              <w:contextualSpacing/>
            </w:pPr>
          </w:p>
        </w:tc>
        <w:tc>
          <w:tcPr>
            <w:tcW w:w="2130" w:type="dxa"/>
          </w:tcPr>
          <w:p w14:paraId="734B3867" w14:textId="77777777" w:rsidR="001970FA" w:rsidRDefault="001970FA" w:rsidP="002103BF">
            <w:pPr>
              <w:contextualSpacing/>
            </w:pPr>
          </w:p>
        </w:tc>
        <w:tc>
          <w:tcPr>
            <w:tcW w:w="2130" w:type="dxa"/>
          </w:tcPr>
          <w:p w14:paraId="27BFCA52" w14:textId="77777777" w:rsidR="001970FA" w:rsidRDefault="001970FA" w:rsidP="002103BF">
            <w:pPr>
              <w:contextualSpacing/>
            </w:pPr>
          </w:p>
        </w:tc>
      </w:tr>
    </w:tbl>
    <w:p w14:paraId="2D0D550B" w14:textId="77777777" w:rsidR="001970FA" w:rsidRDefault="001970FA" w:rsidP="4227BBD5">
      <w:pPr>
        <w:spacing w:after="0" w:line="240" w:lineRule="auto"/>
        <w:contextualSpacing/>
        <w:rPr>
          <w:rFonts w:eastAsia="Calibri Light" w:cs="Calibri Light"/>
        </w:rPr>
      </w:pPr>
    </w:p>
    <w:p w14:paraId="0A14A644" w14:textId="77777777" w:rsidR="00F65781" w:rsidRDefault="00F65781">
      <w:pPr>
        <w:rPr>
          <w:rFonts w:eastAsia="Calibri Light" w:cs="Calibri Light"/>
        </w:rPr>
      </w:pPr>
      <w:r>
        <w:rPr>
          <w:rFonts w:eastAsia="Calibri Light" w:cs="Calibri Light"/>
        </w:rPr>
        <w:br w:type="page"/>
      </w:r>
    </w:p>
    <w:p w14:paraId="7A11C779" w14:textId="5DC2827C" w:rsidR="00566E2E" w:rsidRPr="00B43C41" w:rsidRDefault="002A61F0" w:rsidP="4227BBD5">
      <w:pPr>
        <w:spacing w:after="0" w:line="240" w:lineRule="auto"/>
        <w:contextualSpacing/>
        <w:rPr>
          <w:rFonts w:eastAsia="Calibri Light" w:cs="Calibri Light"/>
        </w:rPr>
      </w:pPr>
      <w:r w:rsidRPr="001970FA">
        <w:rPr>
          <w:rFonts w:eastAsia="Calibri Light" w:cs="Calibri Light"/>
        </w:rPr>
        <w:lastRenderedPageBreak/>
        <w:t xml:space="preserve">Provide brief narrative on how you have </w:t>
      </w:r>
      <w:r w:rsidR="1852CF91" w:rsidRPr="001970FA">
        <w:rPr>
          <w:rFonts w:eastAsia="Calibri Light" w:cs="Calibri Light"/>
        </w:rPr>
        <w:t>demonstrated professional growth</w:t>
      </w:r>
      <w:r w:rsidR="00423FDF" w:rsidRPr="001970FA">
        <w:rPr>
          <w:rFonts w:eastAsia="Calibri Light" w:cs="Calibri Light"/>
        </w:rPr>
        <w:t xml:space="preserve">, </w:t>
      </w:r>
      <w:r w:rsidR="1852CF91" w:rsidRPr="001970FA">
        <w:rPr>
          <w:rFonts w:eastAsia="Calibri Light" w:cs="Calibri Light"/>
        </w:rPr>
        <w:t>trajectory</w:t>
      </w:r>
      <w:r w:rsidR="002757CC" w:rsidRPr="001970FA">
        <w:rPr>
          <w:rFonts w:eastAsia="Calibri Light" w:cs="Calibri Light"/>
        </w:rPr>
        <w:t xml:space="preserve"> </w:t>
      </w:r>
      <w:r w:rsidRPr="00B43C41">
        <w:rPr>
          <w:rFonts w:eastAsia="Calibri Light" w:cs="Calibri Light"/>
        </w:rPr>
        <w:t xml:space="preserve">or </w:t>
      </w:r>
      <w:r w:rsidR="002757CC" w:rsidRPr="001970FA">
        <w:rPr>
          <w:rFonts w:eastAsia="Calibri Light" w:cs="Calibri Light"/>
        </w:rPr>
        <w:t xml:space="preserve">scope of expertise. </w:t>
      </w:r>
    </w:p>
    <w:p w14:paraId="002147FC" w14:textId="77777777" w:rsidR="002349FF" w:rsidRDefault="002349FF" w:rsidP="4227BBD5">
      <w:pPr>
        <w:spacing w:after="0" w:line="240" w:lineRule="auto"/>
        <w:contextualSpacing/>
        <w:rPr>
          <w:b/>
          <w:bCs/>
        </w:rPr>
      </w:pPr>
    </w:p>
    <w:tbl>
      <w:tblPr>
        <w:tblStyle w:val="TableGrid"/>
        <w:tblW w:w="0" w:type="auto"/>
        <w:tblLook w:val="04A0" w:firstRow="1" w:lastRow="0" w:firstColumn="1" w:lastColumn="0" w:noHBand="0" w:noVBand="1"/>
      </w:tblPr>
      <w:tblGrid>
        <w:gridCol w:w="8630"/>
      </w:tblGrid>
      <w:tr w:rsidR="00C6074B" w14:paraId="0A145C67" w14:textId="77777777" w:rsidTr="00C6074B">
        <w:tc>
          <w:tcPr>
            <w:tcW w:w="8630" w:type="dxa"/>
          </w:tcPr>
          <w:p w14:paraId="755647FB" w14:textId="77777777" w:rsidR="00C6074B" w:rsidRDefault="00C6074B" w:rsidP="4227BBD5">
            <w:pPr>
              <w:contextualSpacing/>
              <w:rPr>
                <w:b/>
                <w:bCs/>
              </w:rPr>
            </w:pPr>
          </w:p>
        </w:tc>
      </w:tr>
    </w:tbl>
    <w:p w14:paraId="70D0D3B3" w14:textId="77777777" w:rsidR="002349FF" w:rsidRDefault="002349FF" w:rsidP="4227BBD5">
      <w:pPr>
        <w:spacing w:after="0" w:line="240" w:lineRule="auto"/>
        <w:contextualSpacing/>
        <w:rPr>
          <w:b/>
          <w:bCs/>
        </w:rPr>
      </w:pPr>
    </w:p>
    <w:p w14:paraId="0B6CC2AF" w14:textId="77777777" w:rsidR="001D6A70" w:rsidRDefault="001D6A70" w:rsidP="008A3C00">
      <w:pPr>
        <w:pStyle w:val="Heading2"/>
        <w:spacing w:before="0" w:line="240" w:lineRule="auto"/>
        <w:contextualSpacing/>
      </w:pPr>
    </w:p>
    <w:p w14:paraId="2D2F1122" w14:textId="518505A2" w:rsidR="008B4471" w:rsidRDefault="00370D72" w:rsidP="008A3C00">
      <w:pPr>
        <w:pStyle w:val="Heading2"/>
        <w:spacing w:before="0" w:line="240" w:lineRule="auto"/>
        <w:contextualSpacing/>
      </w:pPr>
      <w:r>
        <w:t>Section I</w:t>
      </w:r>
      <w:r w:rsidR="00986D46">
        <w:t>I</w:t>
      </w:r>
      <w:r>
        <w:t xml:space="preserve">: </w:t>
      </w:r>
      <w:r w:rsidR="004375CB">
        <w:t xml:space="preserve">Training &amp; Certifications (Max </w:t>
      </w:r>
      <w:r w:rsidR="00A24F2A">
        <w:t>2</w:t>
      </w:r>
      <w:r w:rsidR="00190729">
        <w:t>5</w:t>
      </w:r>
      <w:r w:rsidR="004375CB">
        <w:t xml:space="preserve"> points)</w:t>
      </w:r>
    </w:p>
    <w:p w14:paraId="01B10203" w14:textId="6DA2080D" w:rsidR="008B4471" w:rsidRDefault="7CAD5608" w:rsidP="6B19C7D4">
      <w:pPr>
        <w:spacing w:after="0" w:line="240" w:lineRule="auto"/>
      </w:pPr>
      <w:r>
        <w:t xml:space="preserve">This </w:t>
      </w:r>
      <w:r w:rsidR="5FAAB18D">
        <w:t>section</w:t>
      </w:r>
      <w:r>
        <w:t xml:space="preserve"> captures formal academic preparation and advanced </w:t>
      </w:r>
      <w:r w:rsidR="46A421E7">
        <w:t xml:space="preserve">training, and </w:t>
      </w:r>
      <w:r>
        <w:t xml:space="preserve">certifications that contribute to professional expertise. Degrees, residencies, fellowships, board certifications, and </w:t>
      </w:r>
      <w:r w:rsidR="68BA5CAA">
        <w:t>certificate</w:t>
      </w:r>
      <w:r>
        <w:t xml:space="preserve"> programs that align with SPPCP’s </w:t>
      </w:r>
      <w:r w:rsidR="6C3D7BAF">
        <w:t xml:space="preserve">mission, vision, and values </w:t>
      </w:r>
      <w:r>
        <w:t>should be highlighted.</w:t>
      </w:r>
    </w:p>
    <w:p w14:paraId="44607F76" w14:textId="77777777" w:rsidR="001D6A70" w:rsidRDefault="001D6A70" w:rsidP="008A3C00">
      <w:pPr>
        <w:spacing w:after="0" w:line="240" w:lineRule="auto"/>
        <w:contextualSpacing/>
      </w:pPr>
    </w:p>
    <w:tbl>
      <w:tblPr>
        <w:tblStyle w:val="TableGrid"/>
        <w:tblW w:w="8630" w:type="dxa"/>
        <w:tblLook w:val="04A0" w:firstRow="1" w:lastRow="0" w:firstColumn="1" w:lastColumn="0" w:noHBand="0" w:noVBand="1"/>
      </w:tblPr>
      <w:tblGrid>
        <w:gridCol w:w="3459"/>
        <w:gridCol w:w="3042"/>
        <w:gridCol w:w="2129"/>
      </w:tblGrid>
      <w:tr w:rsidR="008B4471" w14:paraId="0542CCCD" w14:textId="77777777" w:rsidTr="6B19C7D4">
        <w:trPr>
          <w:trHeight w:val="300"/>
        </w:trPr>
        <w:tc>
          <w:tcPr>
            <w:tcW w:w="3497" w:type="dxa"/>
            <w:shd w:val="clear" w:color="auto" w:fill="F2F2F2" w:themeFill="background1" w:themeFillShade="F2"/>
          </w:tcPr>
          <w:p w14:paraId="7EA6CED7" w14:textId="7735F908" w:rsidR="008B4471" w:rsidRPr="000A32DE" w:rsidRDefault="7CAD5608" w:rsidP="66BE2D73">
            <w:pPr>
              <w:contextualSpacing/>
              <w:rPr>
                <w:b/>
                <w:bCs/>
              </w:rPr>
            </w:pPr>
            <w:r w:rsidRPr="6B19C7D4">
              <w:rPr>
                <w:b/>
                <w:bCs/>
              </w:rPr>
              <w:t>Degree</w:t>
            </w:r>
            <w:r w:rsidR="57652BCD" w:rsidRPr="6B19C7D4">
              <w:rPr>
                <w:b/>
                <w:bCs/>
              </w:rPr>
              <w:t xml:space="preserve"> (</w:t>
            </w:r>
            <w:r w:rsidR="00A24F2A">
              <w:rPr>
                <w:b/>
                <w:bCs/>
              </w:rPr>
              <w:t>Not scored)</w:t>
            </w:r>
          </w:p>
        </w:tc>
        <w:tc>
          <w:tcPr>
            <w:tcW w:w="3091" w:type="dxa"/>
            <w:shd w:val="clear" w:color="auto" w:fill="F2F2F2" w:themeFill="background1" w:themeFillShade="F2"/>
          </w:tcPr>
          <w:p w14:paraId="605A1AEF" w14:textId="634B0889" w:rsidR="008B4471" w:rsidRPr="000A32DE" w:rsidRDefault="7CAD5608" w:rsidP="008A3C00">
            <w:pPr>
              <w:contextualSpacing/>
              <w:rPr>
                <w:b/>
                <w:bCs/>
              </w:rPr>
            </w:pPr>
            <w:r w:rsidRPr="6B19C7D4">
              <w:rPr>
                <w:b/>
                <w:bCs/>
              </w:rPr>
              <w:t>Institution</w:t>
            </w:r>
            <w:r w:rsidR="1D13994E" w:rsidRPr="6B19C7D4">
              <w:rPr>
                <w:b/>
                <w:bCs/>
              </w:rPr>
              <w:t>/</w:t>
            </w:r>
            <w:r w:rsidR="0B6C603D" w:rsidRPr="6B19C7D4">
              <w:rPr>
                <w:b/>
                <w:bCs/>
              </w:rPr>
              <w:t xml:space="preserve"> </w:t>
            </w:r>
            <w:r w:rsidR="1D13994E" w:rsidRPr="6B19C7D4">
              <w:rPr>
                <w:b/>
                <w:bCs/>
              </w:rPr>
              <w:t>Organization</w:t>
            </w:r>
          </w:p>
        </w:tc>
        <w:tc>
          <w:tcPr>
            <w:tcW w:w="2173" w:type="dxa"/>
            <w:shd w:val="clear" w:color="auto" w:fill="F2F2F2" w:themeFill="background1" w:themeFillShade="F2"/>
          </w:tcPr>
          <w:p w14:paraId="7BC82F8B" w14:textId="77777777" w:rsidR="008B4471" w:rsidRPr="000A32DE" w:rsidRDefault="00CD3451" w:rsidP="008A3C00">
            <w:pPr>
              <w:contextualSpacing/>
              <w:rPr>
                <w:b/>
                <w:bCs/>
              </w:rPr>
            </w:pPr>
            <w:r w:rsidRPr="000A32DE">
              <w:rPr>
                <w:b/>
                <w:bCs/>
              </w:rPr>
              <w:t>Year</w:t>
            </w:r>
          </w:p>
        </w:tc>
      </w:tr>
      <w:tr w:rsidR="008B4471" w14:paraId="22E79FDE" w14:textId="77777777" w:rsidTr="6B19C7D4">
        <w:trPr>
          <w:trHeight w:val="300"/>
        </w:trPr>
        <w:tc>
          <w:tcPr>
            <w:tcW w:w="3497" w:type="dxa"/>
          </w:tcPr>
          <w:p w14:paraId="6EB78E04" w14:textId="342AAF87" w:rsidR="008B4471" w:rsidRDefault="008B4471" w:rsidP="008A3C00">
            <w:pPr>
              <w:contextualSpacing/>
            </w:pPr>
          </w:p>
        </w:tc>
        <w:tc>
          <w:tcPr>
            <w:tcW w:w="3091" w:type="dxa"/>
          </w:tcPr>
          <w:p w14:paraId="12D01C7A" w14:textId="69150DF4" w:rsidR="008B4471" w:rsidRDefault="008B4471" w:rsidP="008A3C00">
            <w:pPr>
              <w:contextualSpacing/>
            </w:pPr>
          </w:p>
        </w:tc>
        <w:tc>
          <w:tcPr>
            <w:tcW w:w="2173" w:type="dxa"/>
          </w:tcPr>
          <w:p w14:paraId="54E132E2" w14:textId="5230D5A3" w:rsidR="008B4471" w:rsidRDefault="008B4471" w:rsidP="008A3C00">
            <w:pPr>
              <w:contextualSpacing/>
            </w:pPr>
          </w:p>
        </w:tc>
      </w:tr>
      <w:tr w:rsidR="008B4471" w14:paraId="42C05DD6" w14:textId="77777777" w:rsidTr="6B19C7D4">
        <w:trPr>
          <w:trHeight w:val="300"/>
        </w:trPr>
        <w:tc>
          <w:tcPr>
            <w:tcW w:w="3497" w:type="dxa"/>
          </w:tcPr>
          <w:p w14:paraId="2AECC098" w14:textId="77777777" w:rsidR="008B4471" w:rsidRDefault="008B4471" w:rsidP="008A3C00">
            <w:pPr>
              <w:contextualSpacing/>
            </w:pPr>
          </w:p>
        </w:tc>
        <w:tc>
          <w:tcPr>
            <w:tcW w:w="3091" w:type="dxa"/>
          </w:tcPr>
          <w:p w14:paraId="57A562DB" w14:textId="77777777" w:rsidR="008B4471" w:rsidRDefault="008B4471" w:rsidP="008A3C00">
            <w:pPr>
              <w:contextualSpacing/>
            </w:pPr>
          </w:p>
        </w:tc>
        <w:tc>
          <w:tcPr>
            <w:tcW w:w="2173" w:type="dxa"/>
          </w:tcPr>
          <w:p w14:paraId="7ECE4B04" w14:textId="77777777" w:rsidR="008B4471" w:rsidRDefault="008B4471" w:rsidP="008A3C00">
            <w:pPr>
              <w:contextualSpacing/>
            </w:pPr>
          </w:p>
        </w:tc>
      </w:tr>
      <w:tr w:rsidR="008B4471" w14:paraId="374444EA" w14:textId="77777777" w:rsidTr="6B19C7D4">
        <w:trPr>
          <w:trHeight w:val="300"/>
        </w:trPr>
        <w:tc>
          <w:tcPr>
            <w:tcW w:w="3497" w:type="dxa"/>
          </w:tcPr>
          <w:p w14:paraId="68DCA5AB" w14:textId="77777777" w:rsidR="008B4471" w:rsidRDefault="008B4471" w:rsidP="008A3C00">
            <w:pPr>
              <w:contextualSpacing/>
            </w:pPr>
          </w:p>
        </w:tc>
        <w:tc>
          <w:tcPr>
            <w:tcW w:w="3091" w:type="dxa"/>
          </w:tcPr>
          <w:p w14:paraId="73CC8389" w14:textId="77777777" w:rsidR="008B4471" w:rsidRDefault="008B4471" w:rsidP="008A3C00">
            <w:pPr>
              <w:contextualSpacing/>
            </w:pPr>
          </w:p>
        </w:tc>
        <w:tc>
          <w:tcPr>
            <w:tcW w:w="2173" w:type="dxa"/>
          </w:tcPr>
          <w:p w14:paraId="07DF06A0" w14:textId="77777777" w:rsidR="008B4471" w:rsidRDefault="008B4471" w:rsidP="008A3C00">
            <w:pPr>
              <w:contextualSpacing/>
            </w:pPr>
          </w:p>
        </w:tc>
      </w:tr>
      <w:tr w:rsidR="008B4471" w14:paraId="6C6606D2" w14:textId="77777777" w:rsidTr="6B19C7D4">
        <w:trPr>
          <w:trHeight w:val="300"/>
        </w:trPr>
        <w:tc>
          <w:tcPr>
            <w:tcW w:w="3497" w:type="dxa"/>
            <w:shd w:val="clear" w:color="auto" w:fill="F2F2F2" w:themeFill="background1" w:themeFillShade="F2"/>
          </w:tcPr>
          <w:p w14:paraId="51148C90" w14:textId="1326F002" w:rsidR="008B4471" w:rsidRPr="000A32DE" w:rsidRDefault="00351ABB" w:rsidP="66BE2D73">
            <w:pPr>
              <w:contextualSpacing/>
              <w:rPr>
                <w:b/>
                <w:bCs/>
              </w:rPr>
            </w:pPr>
            <w:r w:rsidRPr="6B19C7D4">
              <w:rPr>
                <w:b/>
                <w:bCs/>
              </w:rPr>
              <w:t>Residency/Fellowship (Max 10 pts)</w:t>
            </w:r>
            <w:r w:rsidRPr="6B19C7D4" w:rsidDel="00351ABB">
              <w:rPr>
                <w:b/>
                <w:bCs/>
              </w:rPr>
              <w:t xml:space="preserve"> </w:t>
            </w:r>
          </w:p>
        </w:tc>
        <w:tc>
          <w:tcPr>
            <w:tcW w:w="3091" w:type="dxa"/>
            <w:shd w:val="clear" w:color="auto" w:fill="F2F2F2" w:themeFill="background1" w:themeFillShade="F2"/>
          </w:tcPr>
          <w:p w14:paraId="0210C536" w14:textId="0224C8B5" w:rsidR="00DB0F8F" w:rsidRDefault="00DB0F8F"/>
        </w:tc>
        <w:tc>
          <w:tcPr>
            <w:tcW w:w="2173" w:type="dxa"/>
            <w:shd w:val="clear" w:color="auto" w:fill="F2F2F2" w:themeFill="background1" w:themeFillShade="F2"/>
          </w:tcPr>
          <w:p w14:paraId="5E158CEE" w14:textId="77777777" w:rsidR="008B4471" w:rsidRPr="000A32DE" w:rsidRDefault="00CD3451" w:rsidP="008A3C00">
            <w:pPr>
              <w:contextualSpacing/>
              <w:rPr>
                <w:b/>
                <w:bCs/>
              </w:rPr>
            </w:pPr>
            <w:r w:rsidRPr="000A32DE">
              <w:rPr>
                <w:b/>
                <w:bCs/>
              </w:rPr>
              <w:t>Year</w:t>
            </w:r>
          </w:p>
        </w:tc>
      </w:tr>
      <w:tr w:rsidR="008B4471" w14:paraId="27020048" w14:textId="77777777" w:rsidTr="6B19C7D4">
        <w:trPr>
          <w:trHeight w:val="300"/>
        </w:trPr>
        <w:tc>
          <w:tcPr>
            <w:tcW w:w="3497" w:type="dxa"/>
          </w:tcPr>
          <w:p w14:paraId="21209ACE" w14:textId="765D3FAC" w:rsidR="008B4471" w:rsidRDefault="008B4471" w:rsidP="008A3C00">
            <w:pPr>
              <w:contextualSpacing/>
            </w:pPr>
          </w:p>
        </w:tc>
        <w:tc>
          <w:tcPr>
            <w:tcW w:w="3091" w:type="dxa"/>
          </w:tcPr>
          <w:p w14:paraId="7ADF95B1" w14:textId="3EF469B8" w:rsidR="008B4471" w:rsidRDefault="008B4471" w:rsidP="008A3C00">
            <w:pPr>
              <w:contextualSpacing/>
            </w:pPr>
          </w:p>
        </w:tc>
        <w:tc>
          <w:tcPr>
            <w:tcW w:w="2173" w:type="dxa"/>
          </w:tcPr>
          <w:p w14:paraId="6E7EA4BA" w14:textId="3FBA6813" w:rsidR="008B4471" w:rsidRDefault="008B4471" w:rsidP="008A3C00">
            <w:pPr>
              <w:contextualSpacing/>
            </w:pPr>
          </w:p>
        </w:tc>
      </w:tr>
      <w:tr w:rsidR="008B4471" w14:paraId="58A6FEBD" w14:textId="77777777" w:rsidTr="6B19C7D4">
        <w:trPr>
          <w:trHeight w:val="300"/>
        </w:trPr>
        <w:tc>
          <w:tcPr>
            <w:tcW w:w="3497" w:type="dxa"/>
          </w:tcPr>
          <w:p w14:paraId="12D1917E" w14:textId="77777777" w:rsidR="008B4471" w:rsidRDefault="008B4471" w:rsidP="008A3C00">
            <w:pPr>
              <w:contextualSpacing/>
            </w:pPr>
          </w:p>
        </w:tc>
        <w:tc>
          <w:tcPr>
            <w:tcW w:w="3091" w:type="dxa"/>
          </w:tcPr>
          <w:p w14:paraId="0CC73F41" w14:textId="77777777" w:rsidR="008B4471" w:rsidRDefault="008B4471" w:rsidP="008A3C00">
            <w:pPr>
              <w:contextualSpacing/>
            </w:pPr>
          </w:p>
        </w:tc>
        <w:tc>
          <w:tcPr>
            <w:tcW w:w="2173" w:type="dxa"/>
          </w:tcPr>
          <w:p w14:paraId="52D26818" w14:textId="77777777" w:rsidR="008B4471" w:rsidRDefault="008B4471" w:rsidP="008A3C00">
            <w:pPr>
              <w:contextualSpacing/>
            </w:pPr>
          </w:p>
        </w:tc>
      </w:tr>
      <w:tr w:rsidR="008B4471" w14:paraId="110066A3" w14:textId="77777777" w:rsidTr="6B19C7D4">
        <w:trPr>
          <w:trHeight w:val="300"/>
        </w:trPr>
        <w:tc>
          <w:tcPr>
            <w:tcW w:w="3497" w:type="dxa"/>
          </w:tcPr>
          <w:p w14:paraId="19877E31" w14:textId="77777777" w:rsidR="008B4471" w:rsidRDefault="008B4471" w:rsidP="008A3C00">
            <w:pPr>
              <w:contextualSpacing/>
            </w:pPr>
          </w:p>
        </w:tc>
        <w:tc>
          <w:tcPr>
            <w:tcW w:w="3091" w:type="dxa"/>
          </w:tcPr>
          <w:p w14:paraId="7E00D5FE" w14:textId="77777777" w:rsidR="008B4471" w:rsidRDefault="008B4471" w:rsidP="008A3C00">
            <w:pPr>
              <w:contextualSpacing/>
            </w:pPr>
          </w:p>
        </w:tc>
        <w:tc>
          <w:tcPr>
            <w:tcW w:w="2173" w:type="dxa"/>
          </w:tcPr>
          <w:p w14:paraId="011E7A52" w14:textId="77777777" w:rsidR="008B4471" w:rsidRDefault="008B4471" w:rsidP="008A3C00">
            <w:pPr>
              <w:contextualSpacing/>
            </w:pPr>
          </w:p>
        </w:tc>
      </w:tr>
      <w:tr w:rsidR="008B4471" w14:paraId="6256EF94" w14:textId="77777777" w:rsidTr="6B19C7D4">
        <w:trPr>
          <w:trHeight w:val="300"/>
        </w:trPr>
        <w:tc>
          <w:tcPr>
            <w:tcW w:w="3497" w:type="dxa"/>
            <w:shd w:val="clear" w:color="auto" w:fill="F2F2F2" w:themeFill="background1" w:themeFillShade="F2"/>
          </w:tcPr>
          <w:p w14:paraId="576E304D" w14:textId="3484B897" w:rsidR="008B4471" w:rsidRPr="000A32DE" w:rsidRDefault="00351ABB" w:rsidP="66BE2D73">
            <w:pPr>
              <w:contextualSpacing/>
              <w:rPr>
                <w:b/>
                <w:bCs/>
              </w:rPr>
            </w:pPr>
            <w:r w:rsidRPr="6B19C7D4">
              <w:rPr>
                <w:b/>
                <w:bCs/>
              </w:rPr>
              <w:t>Board Certification (Max 10 pts)</w:t>
            </w:r>
          </w:p>
        </w:tc>
        <w:tc>
          <w:tcPr>
            <w:tcW w:w="3091" w:type="dxa"/>
            <w:shd w:val="clear" w:color="auto" w:fill="F2F2F2" w:themeFill="background1" w:themeFillShade="F2"/>
          </w:tcPr>
          <w:p w14:paraId="586A69E1" w14:textId="5ACE7D48" w:rsidR="00DB0F8F" w:rsidRDefault="00DB0F8F"/>
        </w:tc>
        <w:tc>
          <w:tcPr>
            <w:tcW w:w="2173" w:type="dxa"/>
            <w:shd w:val="clear" w:color="auto" w:fill="F2F2F2" w:themeFill="background1" w:themeFillShade="F2"/>
          </w:tcPr>
          <w:p w14:paraId="61C8C788" w14:textId="77777777" w:rsidR="008B4471" w:rsidRPr="000A32DE" w:rsidRDefault="00CD3451" w:rsidP="008A3C00">
            <w:pPr>
              <w:contextualSpacing/>
              <w:rPr>
                <w:b/>
                <w:bCs/>
              </w:rPr>
            </w:pPr>
            <w:r w:rsidRPr="000A32DE">
              <w:rPr>
                <w:b/>
                <w:bCs/>
              </w:rPr>
              <w:t>Year</w:t>
            </w:r>
          </w:p>
        </w:tc>
      </w:tr>
      <w:tr w:rsidR="008B4471" w14:paraId="691D9327" w14:textId="77777777" w:rsidTr="6B19C7D4">
        <w:trPr>
          <w:trHeight w:val="300"/>
        </w:trPr>
        <w:tc>
          <w:tcPr>
            <w:tcW w:w="3497" w:type="dxa"/>
          </w:tcPr>
          <w:p w14:paraId="3C31F189" w14:textId="39C596CE" w:rsidR="008B4471" w:rsidRDefault="008B4471" w:rsidP="008A3C00">
            <w:pPr>
              <w:contextualSpacing/>
            </w:pPr>
          </w:p>
        </w:tc>
        <w:tc>
          <w:tcPr>
            <w:tcW w:w="3091" w:type="dxa"/>
          </w:tcPr>
          <w:p w14:paraId="630BD668" w14:textId="0E236DA7" w:rsidR="008B4471" w:rsidRDefault="008B4471" w:rsidP="008A3C00">
            <w:pPr>
              <w:contextualSpacing/>
            </w:pPr>
          </w:p>
        </w:tc>
        <w:tc>
          <w:tcPr>
            <w:tcW w:w="2173" w:type="dxa"/>
          </w:tcPr>
          <w:p w14:paraId="582D321D" w14:textId="38AA834A" w:rsidR="008B4471" w:rsidRDefault="008B4471" w:rsidP="008A3C00">
            <w:pPr>
              <w:contextualSpacing/>
            </w:pPr>
          </w:p>
        </w:tc>
      </w:tr>
      <w:tr w:rsidR="008B4471" w14:paraId="64E583D5" w14:textId="77777777" w:rsidTr="6B19C7D4">
        <w:trPr>
          <w:trHeight w:val="300"/>
        </w:trPr>
        <w:tc>
          <w:tcPr>
            <w:tcW w:w="3497" w:type="dxa"/>
          </w:tcPr>
          <w:p w14:paraId="2EA323DF" w14:textId="161F0FE3" w:rsidR="008B4471" w:rsidRDefault="008B4471" w:rsidP="008A3C00">
            <w:pPr>
              <w:contextualSpacing/>
            </w:pPr>
          </w:p>
        </w:tc>
        <w:tc>
          <w:tcPr>
            <w:tcW w:w="3091" w:type="dxa"/>
          </w:tcPr>
          <w:p w14:paraId="43A400A5" w14:textId="526B8950" w:rsidR="008B4471" w:rsidRDefault="008B4471" w:rsidP="008A3C00">
            <w:pPr>
              <w:contextualSpacing/>
            </w:pPr>
          </w:p>
        </w:tc>
        <w:tc>
          <w:tcPr>
            <w:tcW w:w="2173" w:type="dxa"/>
          </w:tcPr>
          <w:p w14:paraId="05B9A398" w14:textId="0236A04B" w:rsidR="008B4471" w:rsidRDefault="008B4471" w:rsidP="008A3C00">
            <w:pPr>
              <w:contextualSpacing/>
            </w:pPr>
          </w:p>
        </w:tc>
      </w:tr>
      <w:tr w:rsidR="008B4471" w14:paraId="60AF8B96" w14:textId="77777777" w:rsidTr="6B19C7D4">
        <w:trPr>
          <w:trHeight w:val="300"/>
        </w:trPr>
        <w:tc>
          <w:tcPr>
            <w:tcW w:w="3497" w:type="dxa"/>
          </w:tcPr>
          <w:p w14:paraId="53FF794A" w14:textId="77777777" w:rsidR="008B4471" w:rsidRDefault="008B4471" w:rsidP="008A3C00">
            <w:pPr>
              <w:contextualSpacing/>
            </w:pPr>
          </w:p>
        </w:tc>
        <w:tc>
          <w:tcPr>
            <w:tcW w:w="3091" w:type="dxa"/>
          </w:tcPr>
          <w:p w14:paraId="0ADCEFD7" w14:textId="77777777" w:rsidR="008B4471" w:rsidRDefault="008B4471" w:rsidP="008A3C00">
            <w:pPr>
              <w:contextualSpacing/>
            </w:pPr>
          </w:p>
        </w:tc>
        <w:tc>
          <w:tcPr>
            <w:tcW w:w="2173" w:type="dxa"/>
          </w:tcPr>
          <w:p w14:paraId="58E9CA6B" w14:textId="77777777" w:rsidR="008B4471" w:rsidRDefault="008B4471" w:rsidP="008A3C00">
            <w:pPr>
              <w:contextualSpacing/>
            </w:pPr>
          </w:p>
        </w:tc>
      </w:tr>
      <w:tr w:rsidR="008B4471" w14:paraId="4219847B" w14:textId="77777777" w:rsidTr="6B19C7D4">
        <w:trPr>
          <w:trHeight w:val="300"/>
        </w:trPr>
        <w:tc>
          <w:tcPr>
            <w:tcW w:w="3497" w:type="dxa"/>
            <w:shd w:val="clear" w:color="auto" w:fill="F2F2F2" w:themeFill="background1" w:themeFillShade="F2"/>
          </w:tcPr>
          <w:p w14:paraId="498ADC8C" w14:textId="344F0C98" w:rsidR="008B4471" w:rsidRPr="000A32DE" w:rsidRDefault="7CAD5608" w:rsidP="66BE2D73">
            <w:pPr>
              <w:contextualSpacing/>
              <w:rPr>
                <w:b/>
                <w:bCs/>
              </w:rPr>
            </w:pPr>
            <w:r w:rsidRPr="6B19C7D4">
              <w:rPr>
                <w:b/>
                <w:bCs/>
              </w:rPr>
              <w:t>Other</w:t>
            </w:r>
            <w:r w:rsidR="0029D0EC" w:rsidRPr="6B19C7D4">
              <w:rPr>
                <w:b/>
                <w:bCs/>
              </w:rPr>
              <w:t xml:space="preserve"> </w:t>
            </w:r>
            <w:r w:rsidRPr="6B19C7D4">
              <w:rPr>
                <w:b/>
                <w:bCs/>
              </w:rPr>
              <w:t>Training</w:t>
            </w:r>
            <w:r w:rsidR="2EA22BCC" w:rsidRPr="6B19C7D4">
              <w:rPr>
                <w:b/>
                <w:bCs/>
              </w:rPr>
              <w:t xml:space="preserve"> (Max 5 pts)</w:t>
            </w:r>
          </w:p>
        </w:tc>
        <w:tc>
          <w:tcPr>
            <w:tcW w:w="3091" w:type="dxa"/>
            <w:shd w:val="clear" w:color="auto" w:fill="F2F2F2" w:themeFill="background1" w:themeFillShade="F2"/>
          </w:tcPr>
          <w:p w14:paraId="056CBE9A" w14:textId="3EA918E9" w:rsidR="00DB0F8F" w:rsidRDefault="00DB0F8F"/>
        </w:tc>
        <w:tc>
          <w:tcPr>
            <w:tcW w:w="2173" w:type="dxa"/>
            <w:shd w:val="clear" w:color="auto" w:fill="F2F2F2" w:themeFill="background1" w:themeFillShade="F2"/>
          </w:tcPr>
          <w:p w14:paraId="631A1C29" w14:textId="77777777" w:rsidR="008B4471" w:rsidRPr="000A32DE" w:rsidRDefault="00CD3451" w:rsidP="008A3C00">
            <w:pPr>
              <w:contextualSpacing/>
              <w:rPr>
                <w:b/>
                <w:bCs/>
              </w:rPr>
            </w:pPr>
            <w:r w:rsidRPr="000A32DE">
              <w:rPr>
                <w:b/>
                <w:bCs/>
              </w:rPr>
              <w:t>Year</w:t>
            </w:r>
          </w:p>
        </w:tc>
      </w:tr>
      <w:tr w:rsidR="008B4471" w14:paraId="40643BA8" w14:textId="77777777" w:rsidTr="6B19C7D4">
        <w:trPr>
          <w:trHeight w:val="300"/>
        </w:trPr>
        <w:tc>
          <w:tcPr>
            <w:tcW w:w="3497" w:type="dxa"/>
          </w:tcPr>
          <w:p w14:paraId="67FC2C30" w14:textId="77777777" w:rsidR="008B4471" w:rsidRDefault="008B4471" w:rsidP="008A3C00">
            <w:pPr>
              <w:contextualSpacing/>
            </w:pPr>
          </w:p>
        </w:tc>
        <w:tc>
          <w:tcPr>
            <w:tcW w:w="3091" w:type="dxa"/>
          </w:tcPr>
          <w:p w14:paraId="50380E8B" w14:textId="77777777" w:rsidR="008B4471" w:rsidRDefault="008B4471" w:rsidP="008A3C00">
            <w:pPr>
              <w:contextualSpacing/>
            </w:pPr>
          </w:p>
        </w:tc>
        <w:tc>
          <w:tcPr>
            <w:tcW w:w="2173" w:type="dxa"/>
          </w:tcPr>
          <w:p w14:paraId="1192D3EC" w14:textId="77777777" w:rsidR="008B4471" w:rsidRDefault="008B4471" w:rsidP="008A3C00">
            <w:pPr>
              <w:contextualSpacing/>
            </w:pPr>
          </w:p>
        </w:tc>
      </w:tr>
      <w:tr w:rsidR="008B4471" w14:paraId="034D5278" w14:textId="77777777" w:rsidTr="6B19C7D4">
        <w:trPr>
          <w:trHeight w:val="300"/>
        </w:trPr>
        <w:tc>
          <w:tcPr>
            <w:tcW w:w="3497" w:type="dxa"/>
          </w:tcPr>
          <w:p w14:paraId="60516B74" w14:textId="77777777" w:rsidR="008B4471" w:rsidRDefault="008B4471" w:rsidP="008A3C00">
            <w:pPr>
              <w:contextualSpacing/>
            </w:pPr>
          </w:p>
        </w:tc>
        <w:tc>
          <w:tcPr>
            <w:tcW w:w="3091" w:type="dxa"/>
          </w:tcPr>
          <w:p w14:paraId="2E942FA9" w14:textId="77777777" w:rsidR="008B4471" w:rsidRDefault="008B4471" w:rsidP="008A3C00">
            <w:pPr>
              <w:contextualSpacing/>
            </w:pPr>
          </w:p>
        </w:tc>
        <w:tc>
          <w:tcPr>
            <w:tcW w:w="2173" w:type="dxa"/>
          </w:tcPr>
          <w:p w14:paraId="05F53D2A" w14:textId="77777777" w:rsidR="008B4471" w:rsidRDefault="008B4471" w:rsidP="008A3C00">
            <w:pPr>
              <w:contextualSpacing/>
            </w:pPr>
          </w:p>
        </w:tc>
      </w:tr>
      <w:tr w:rsidR="008B4471" w14:paraId="78CF40E9" w14:textId="77777777" w:rsidTr="6B19C7D4">
        <w:trPr>
          <w:trHeight w:val="300"/>
        </w:trPr>
        <w:tc>
          <w:tcPr>
            <w:tcW w:w="3497" w:type="dxa"/>
          </w:tcPr>
          <w:p w14:paraId="48618475" w14:textId="77777777" w:rsidR="008B4471" w:rsidRDefault="008B4471" w:rsidP="008A3C00">
            <w:pPr>
              <w:contextualSpacing/>
            </w:pPr>
          </w:p>
        </w:tc>
        <w:tc>
          <w:tcPr>
            <w:tcW w:w="3091" w:type="dxa"/>
          </w:tcPr>
          <w:p w14:paraId="6023658E" w14:textId="77777777" w:rsidR="008B4471" w:rsidRDefault="008B4471" w:rsidP="008A3C00">
            <w:pPr>
              <w:contextualSpacing/>
            </w:pPr>
          </w:p>
        </w:tc>
        <w:tc>
          <w:tcPr>
            <w:tcW w:w="2173" w:type="dxa"/>
          </w:tcPr>
          <w:p w14:paraId="48FBDC64" w14:textId="77777777" w:rsidR="008B4471" w:rsidRDefault="008B4471" w:rsidP="008A3C00">
            <w:pPr>
              <w:contextualSpacing/>
            </w:pPr>
          </w:p>
        </w:tc>
      </w:tr>
    </w:tbl>
    <w:p w14:paraId="2C12CF22" w14:textId="77777777" w:rsidR="001D6A70" w:rsidRDefault="001D6A70" w:rsidP="008A3C00">
      <w:pPr>
        <w:pStyle w:val="Heading2"/>
        <w:spacing w:before="0" w:line="240" w:lineRule="auto"/>
        <w:contextualSpacing/>
      </w:pPr>
    </w:p>
    <w:p w14:paraId="5D7943EE" w14:textId="77777777" w:rsidR="00F65781" w:rsidRDefault="00F65781">
      <w:pPr>
        <w:rPr>
          <w:rFonts w:asciiTheme="majorHAnsi" w:eastAsiaTheme="majorEastAsia" w:hAnsiTheme="majorHAnsi" w:cstheme="majorBidi"/>
          <w:b/>
          <w:bCs/>
          <w:color w:val="4F81BD" w:themeColor="accent1"/>
          <w:sz w:val="26"/>
          <w:szCs w:val="26"/>
        </w:rPr>
      </w:pPr>
      <w:r>
        <w:br w:type="page"/>
      </w:r>
    </w:p>
    <w:p w14:paraId="41FA2AB3" w14:textId="553B42AA" w:rsidR="008B4471" w:rsidRDefault="00370D72" w:rsidP="008A3C00">
      <w:pPr>
        <w:pStyle w:val="Heading2"/>
        <w:spacing w:before="0" w:line="240" w:lineRule="auto"/>
        <w:contextualSpacing/>
      </w:pPr>
      <w:r>
        <w:lastRenderedPageBreak/>
        <w:t>Section II</w:t>
      </w:r>
      <w:r w:rsidR="00986D46">
        <w:t>I</w:t>
      </w:r>
      <w:r>
        <w:t xml:space="preserve">: </w:t>
      </w:r>
      <w:r w:rsidR="004375CB">
        <w:t xml:space="preserve">Scholarly Work &amp; Research Activities (Max </w:t>
      </w:r>
      <w:r w:rsidR="000B73B1">
        <w:t>4</w:t>
      </w:r>
      <w:r w:rsidR="007364C6">
        <w:t>0</w:t>
      </w:r>
      <w:r w:rsidR="004375CB">
        <w:t xml:space="preserve"> points)</w:t>
      </w:r>
    </w:p>
    <w:p w14:paraId="3544E43A" w14:textId="42C8BDAB" w:rsidR="008B4471" w:rsidRDefault="00CD3451" w:rsidP="008A3C00">
      <w:pPr>
        <w:spacing w:after="0" w:line="240" w:lineRule="auto"/>
        <w:contextualSpacing/>
      </w:pPr>
      <w:r>
        <w:t xml:space="preserve">This </w:t>
      </w:r>
      <w:r w:rsidR="001D6A70">
        <w:t>section</w:t>
      </w:r>
      <w:r>
        <w:t xml:space="preserve"> captures scholarly contributions through </w:t>
      </w:r>
      <w:r w:rsidR="00302D43">
        <w:t xml:space="preserve">manuscript </w:t>
      </w:r>
      <w:r>
        <w:t xml:space="preserve">publications, </w:t>
      </w:r>
      <w:r w:rsidR="00302D43">
        <w:t xml:space="preserve">research </w:t>
      </w:r>
      <w:r w:rsidR="00BE3522">
        <w:t>abstracts</w:t>
      </w:r>
      <w:r>
        <w:t xml:space="preserve">, </w:t>
      </w:r>
      <w:r w:rsidR="00BE3522">
        <w:t>or</w:t>
      </w:r>
      <w:r>
        <w:t xml:space="preserve"> grant funding. Applicants should emphasize </w:t>
      </w:r>
      <w:r w:rsidR="00C729A7">
        <w:t xml:space="preserve">scholarly work </w:t>
      </w:r>
      <w:r>
        <w:t xml:space="preserve">focused on pain, palliative care, hospice, or substance use disorder. Contributions to SPPCP publications should </w:t>
      </w:r>
      <w:r w:rsidR="00F019B2">
        <w:t>be highlighted</w:t>
      </w:r>
      <w:r>
        <w:t xml:space="preserve"> as they directly align with SPPCP’s </w:t>
      </w:r>
      <w:r w:rsidR="000A32DE">
        <w:t>mission, vision, and values</w:t>
      </w:r>
      <w:r>
        <w:t>.</w:t>
      </w:r>
    </w:p>
    <w:p w14:paraId="089E202B" w14:textId="77777777" w:rsidR="001D6A70" w:rsidRDefault="001D6A70" w:rsidP="008A3C00">
      <w:pPr>
        <w:spacing w:after="0" w:line="240" w:lineRule="auto"/>
        <w:contextualSpacing/>
      </w:pPr>
    </w:p>
    <w:tbl>
      <w:tblPr>
        <w:tblStyle w:val="TableGrid"/>
        <w:tblW w:w="5582" w:type="pct"/>
        <w:tblLook w:val="04A0" w:firstRow="1" w:lastRow="0" w:firstColumn="1" w:lastColumn="0" w:noHBand="0" w:noVBand="1"/>
      </w:tblPr>
      <w:tblGrid>
        <w:gridCol w:w="5282"/>
        <w:gridCol w:w="1451"/>
        <w:gridCol w:w="1451"/>
        <w:gridCol w:w="1451"/>
      </w:tblGrid>
      <w:tr w:rsidR="00DA68ED" w14:paraId="62E20DC6" w14:textId="77777777" w:rsidTr="00A45BE1">
        <w:trPr>
          <w:trHeight w:val="268"/>
        </w:trPr>
        <w:tc>
          <w:tcPr>
            <w:tcW w:w="5000" w:type="pct"/>
            <w:gridSpan w:val="4"/>
            <w:shd w:val="clear" w:color="auto" w:fill="F2F2F2" w:themeFill="background1" w:themeFillShade="F2"/>
          </w:tcPr>
          <w:p w14:paraId="22A30420" w14:textId="3D1D679D" w:rsidR="00DA68ED" w:rsidRPr="000A32DE" w:rsidRDefault="00DA68ED" w:rsidP="00F019B2">
            <w:pPr>
              <w:contextualSpacing/>
              <w:jc w:val="center"/>
              <w:rPr>
                <w:b/>
                <w:bCs/>
              </w:rPr>
            </w:pPr>
            <w:r>
              <w:rPr>
                <w:b/>
                <w:bCs/>
              </w:rPr>
              <w:t xml:space="preserve">Peer-Reviewed Publications </w:t>
            </w:r>
            <w:r w:rsidRPr="000A32DE">
              <w:rPr>
                <w:b/>
                <w:bCs/>
              </w:rPr>
              <w:t xml:space="preserve">(Max </w:t>
            </w:r>
            <w:r>
              <w:rPr>
                <w:b/>
                <w:bCs/>
              </w:rPr>
              <w:t>20</w:t>
            </w:r>
            <w:r w:rsidRPr="000A32DE">
              <w:rPr>
                <w:b/>
                <w:bCs/>
              </w:rPr>
              <w:t xml:space="preserve"> pts)</w:t>
            </w:r>
          </w:p>
        </w:tc>
      </w:tr>
      <w:tr w:rsidR="00DA68ED" w14:paraId="1D7625FF" w14:textId="77777777" w:rsidTr="00A45BE1">
        <w:trPr>
          <w:trHeight w:val="815"/>
        </w:trPr>
        <w:tc>
          <w:tcPr>
            <w:tcW w:w="2741" w:type="pct"/>
          </w:tcPr>
          <w:p w14:paraId="2EF45EB0" w14:textId="77777777" w:rsidR="00DA68ED" w:rsidRPr="000A32DE" w:rsidRDefault="00DA68ED" w:rsidP="008A3C00">
            <w:pPr>
              <w:contextualSpacing/>
              <w:rPr>
                <w:b/>
                <w:bCs/>
              </w:rPr>
            </w:pPr>
            <w:r w:rsidRPr="000A32DE">
              <w:rPr>
                <w:b/>
                <w:bCs/>
              </w:rPr>
              <w:t>Citation</w:t>
            </w:r>
          </w:p>
        </w:tc>
        <w:tc>
          <w:tcPr>
            <w:tcW w:w="753" w:type="pct"/>
          </w:tcPr>
          <w:p w14:paraId="7435C7E3" w14:textId="37FDA6E2" w:rsidR="00DA68ED" w:rsidRPr="000A32DE" w:rsidRDefault="006215F4" w:rsidP="008A3C00">
            <w:pPr>
              <w:contextualSpacing/>
              <w:rPr>
                <w:b/>
                <w:bCs/>
              </w:rPr>
            </w:pPr>
            <w:r>
              <w:rPr>
                <w:b/>
                <w:bCs/>
              </w:rPr>
              <w:t xml:space="preserve">Year </w:t>
            </w:r>
          </w:p>
        </w:tc>
        <w:tc>
          <w:tcPr>
            <w:tcW w:w="753" w:type="pct"/>
          </w:tcPr>
          <w:p w14:paraId="0BD81290" w14:textId="29607358" w:rsidR="00DA68ED" w:rsidRDefault="00DA68ED" w:rsidP="008A3C00">
            <w:pPr>
              <w:contextualSpacing/>
              <w:rPr>
                <w:b/>
                <w:bCs/>
              </w:rPr>
            </w:pPr>
            <w:r w:rsidRPr="000A32DE">
              <w:rPr>
                <w:b/>
                <w:bCs/>
              </w:rPr>
              <w:t>Role</w:t>
            </w:r>
          </w:p>
          <w:p w14:paraId="6FE142B4" w14:textId="02E8D595" w:rsidR="00DA68ED" w:rsidRPr="000A32DE" w:rsidRDefault="00DA68ED" w:rsidP="008A3C00">
            <w:pPr>
              <w:contextualSpacing/>
              <w:rPr>
                <w:b/>
                <w:bCs/>
              </w:rPr>
            </w:pPr>
            <w:r>
              <w:rPr>
                <w:b/>
                <w:bCs/>
              </w:rPr>
              <w:t>(PI, second author etc.)</w:t>
            </w:r>
          </w:p>
        </w:tc>
        <w:tc>
          <w:tcPr>
            <w:tcW w:w="752" w:type="pct"/>
          </w:tcPr>
          <w:p w14:paraId="6C2A213B" w14:textId="77777777" w:rsidR="00DA68ED" w:rsidRDefault="00DA68ED" w:rsidP="00F019B2">
            <w:pPr>
              <w:contextualSpacing/>
              <w:rPr>
                <w:b/>
                <w:bCs/>
              </w:rPr>
            </w:pPr>
            <w:r>
              <w:rPr>
                <w:b/>
                <w:bCs/>
              </w:rPr>
              <w:t>SPPCP Journal</w:t>
            </w:r>
          </w:p>
          <w:p w14:paraId="2FC8D925" w14:textId="2749BF82" w:rsidR="00DA68ED" w:rsidRPr="000A32DE" w:rsidRDefault="00DA68ED" w:rsidP="00F019B2">
            <w:pPr>
              <w:contextualSpacing/>
              <w:rPr>
                <w:b/>
                <w:bCs/>
              </w:rPr>
            </w:pPr>
            <w:r>
              <w:rPr>
                <w:b/>
                <w:bCs/>
              </w:rPr>
              <w:t>(Y/N)</w:t>
            </w:r>
          </w:p>
        </w:tc>
      </w:tr>
      <w:tr w:rsidR="00DA68ED" w14:paraId="650BCE42" w14:textId="77777777" w:rsidTr="00A45BE1">
        <w:trPr>
          <w:trHeight w:val="268"/>
        </w:trPr>
        <w:tc>
          <w:tcPr>
            <w:tcW w:w="2741" w:type="pct"/>
          </w:tcPr>
          <w:p w14:paraId="589C5C89" w14:textId="77777777" w:rsidR="00DA68ED" w:rsidRDefault="00DA68ED" w:rsidP="008A3C00">
            <w:pPr>
              <w:contextualSpacing/>
            </w:pPr>
          </w:p>
        </w:tc>
        <w:tc>
          <w:tcPr>
            <w:tcW w:w="753" w:type="pct"/>
          </w:tcPr>
          <w:p w14:paraId="6A295DAC" w14:textId="77777777" w:rsidR="00DA68ED" w:rsidRDefault="00DA68ED" w:rsidP="008A3C00">
            <w:pPr>
              <w:contextualSpacing/>
            </w:pPr>
          </w:p>
        </w:tc>
        <w:tc>
          <w:tcPr>
            <w:tcW w:w="753" w:type="pct"/>
          </w:tcPr>
          <w:p w14:paraId="0196D6C1" w14:textId="6C829F62" w:rsidR="00DA68ED" w:rsidRDefault="00DA68ED" w:rsidP="008A3C00">
            <w:pPr>
              <w:contextualSpacing/>
            </w:pPr>
          </w:p>
        </w:tc>
        <w:tc>
          <w:tcPr>
            <w:tcW w:w="752" w:type="pct"/>
          </w:tcPr>
          <w:p w14:paraId="12B95B92" w14:textId="77777777" w:rsidR="00DA68ED" w:rsidRDefault="00DA68ED" w:rsidP="008A3C00">
            <w:pPr>
              <w:contextualSpacing/>
            </w:pPr>
          </w:p>
        </w:tc>
      </w:tr>
      <w:tr w:rsidR="00DA68ED" w14:paraId="6F31AE57" w14:textId="77777777" w:rsidTr="00A45BE1">
        <w:trPr>
          <w:trHeight w:val="268"/>
        </w:trPr>
        <w:tc>
          <w:tcPr>
            <w:tcW w:w="2741" w:type="pct"/>
          </w:tcPr>
          <w:p w14:paraId="10F4AF2B" w14:textId="77777777" w:rsidR="00DA68ED" w:rsidRDefault="00DA68ED" w:rsidP="008A3C00">
            <w:pPr>
              <w:contextualSpacing/>
            </w:pPr>
          </w:p>
        </w:tc>
        <w:tc>
          <w:tcPr>
            <w:tcW w:w="753" w:type="pct"/>
          </w:tcPr>
          <w:p w14:paraId="403AFD19" w14:textId="77777777" w:rsidR="00DA68ED" w:rsidRDefault="00DA68ED" w:rsidP="008A3C00">
            <w:pPr>
              <w:contextualSpacing/>
            </w:pPr>
          </w:p>
        </w:tc>
        <w:tc>
          <w:tcPr>
            <w:tcW w:w="753" w:type="pct"/>
          </w:tcPr>
          <w:p w14:paraId="15F0BB66" w14:textId="5EAD7A55" w:rsidR="00DA68ED" w:rsidRDefault="00DA68ED" w:rsidP="008A3C00">
            <w:pPr>
              <w:contextualSpacing/>
            </w:pPr>
          </w:p>
        </w:tc>
        <w:tc>
          <w:tcPr>
            <w:tcW w:w="752" w:type="pct"/>
          </w:tcPr>
          <w:p w14:paraId="4F51E310" w14:textId="77777777" w:rsidR="00DA68ED" w:rsidRDefault="00DA68ED" w:rsidP="008A3C00">
            <w:pPr>
              <w:contextualSpacing/>
            </w:pPr>
          </w:p>
        </w:tc>
      </w:tr>
      <w:tr w:rsidR="00DA68ED" w14:paraId="45C9D45C" w14:textId="77777777" w:rsidTr="00A45BE1">
        <w:trPr>
          <w:trHeight w:val="268"/>
        </w:trPr>
        <w:tc>
          <w:tcPr>
            <w:tcW w:w="2741" w:type="pct"/>
          </w:tcPr>
          <w:p w14:paraId="5FFA4008" w14:textId="77777777" w:rsidR="00DA68ED" w:rsidRDefault="00DA68ED" w:rsidP="008A3C00">
            <w:pPr>
              <w:contextualSpacing/>
            </w:pPr>
          </w:p>
        </w:tc>
        <w:tc>
          <w:tcPr>
            <w:tcW w:w="753" w:type="pct"/>
          </w:tcPr>
          <w:p w14:paraId="01F3294A" w14:textId="77777777" w:rsidR="00DA68ED" w:rsidRDefault="00DA68ED" w:rsidP="008A3C00">
            <w:pPr>
              <w:contextualSpacing/>
            </w:pPr>
          </w:p>
        </w:tc>
        <w:tc>
          <w:tcPr>
            <w:tcW w:w="753" w:type="pct"/>
          </w:tcPr>
          <w:p w14:paraId="1E77597C" w14:textId="0DE0BE5A" w:rsidR="00DA68ED" w:rsidRDefault="00DA68ED" w:rsidP="008A3C00">
            <w:pPr>
              <w:contextualSpacing/>
            </w:pPr>
          </w:p>
        </w:tc>
        <w:tc>
          <w:tcPr>
            <w:tcW w:w="752" w:type="pct"/>
          </w:tcPr>
          <w:p w14:paraId="63B0B712" w14:textId="77777777" w:rsidR="00DA68ED" w:rsidRDefault="00DA68ED" w:rsidP="008A3C00">
            <w:pPr>
              <w:contextualSpacing/>
            </w:pPr>
          </w:p>
        </w:tc>
      </w:tr>
    </w:tbl>
    <w:p w14:paraId="3E6F7295" w14:textId="77777777" w:rsidR="00F019B2" w:rsidRDefault="00F019B2"/>
    <w:tbl>
      <w:tblPr>
        <w:tblStyle w:val="TableGrid"/>
        <w:tblW w:w="9636" w:type="dxa"/>
        <w:tblLook w:val="04A0" w:firstRow="1" w:lastRow="0" w:firstColumn="1" w:lastColumn="0" w:noHBand="0" w:noVBand="1"/>
      </w:tblPr>
      <w:tblGrid>
        <w:gridCol w:w="5308"/>
        <w:gridCol w:w="1456"/>
        <w:gridCol w:w="2872"/>
      </w:tblGrid>
      <w:tr w:rsidR="006215F4" w14:paraId="73122974" w14:textId="77777777" w:rsidTr="00A45BE1">
        <w:trPr>
          <w:trHeight w:val="266"/>
        </w:trPr>
        <w:tc>
          <w:tcPr>
            <w:tcW w:w="9636" w:type="dxa"/>
            <w:gridSpan w:val="3"/>
            <w:shd w:val="clear" w:color="auto" w:fill="F2F2F2" w:themeFill="background1" w:themeFillShade="F2"/>
          </w:tcPr>
          <w:p w14:paraId="636D4C3A" w14:textId="155DF953" w:rsidR="006215F4" w:rsidRPr="000A32DE" w:rsidRDefault="006215F4" w:rsidP="00F019B2">
            <w:pPr>
              <w:contextualSpacing/>
              <w:jc w:val="center"/>
              <w:rPr>
                <w:b/>
                <w:bCs/>
              </w:rPr>
            </w:pPr>
            <w:r>
              <w:rPr>
                <w:b/>
                <w:bCs/>
              </w:rPr>
              <w:t xml:space="preserve">Non-Peer Reviewed Publications </w:t>
            </w:r>
            <w:r w:rsidRPr="000A32DE">
              <w:rPr>
                <w:b/>
                <w:bCs/>
              </w:rPr>
              <w:t>(Max 5 pts)</w:t>
            </w:r>
          </w:p>
        </w:tc>
      </w:tr>
      <w:tr w:rsidR="006215F4" w14:paraId="3F387D6C" w14:textId="77777777" w:rsidTr="00A45BE1">
        <w:trPr>
          <w:trHeight w:val="518"/>
        </w:trPr>
        <w:tc>
          <w:tcPr>
            <w:tcW w:w="5308" w:type="dxa"/>
          </w:tcPr>
          <w:p w14:paraId="6AE4B3EC" w14:textId="77777777" w:rsidR="006215F4" w:rsidRPr="000A32DE" w:rsidRDefault="006215F4" w:rsidP="008A3C00">
            <w:pPr>
              <w:contextualSpacing/>
              <w:rPr>
                <w:b/>
                <w:bCs/>
              </w:rPr>
            </w:pPr>
            <w:r w:rsidRPr="000A32DE">
              <w:rPr>
                <w:b/>
                <w:bCs/>
              </w:rPr>
              <w:t>Citation</w:t>
            </w:r>
          </w:p>
        </w:tc>
        <w:tc>
          <w:tcPr>
            <w:tcW w:w="1456" w:type="dxa"/>
          </w:tcPr>
          <w:p w14:paraId="6185A3B8" w14:textId="146B246B" w:rsidR="006215F4" w:rsidRPr="000A32DE" w:rsidRDefault="006215F4" w:rsidP="008A3C00">
            <w:pPr>
              <w:contextualSpacing/>
              <w:rPr>
                <w:b/>
                <w:bCs/>
              </w:rPr>
            </w:pPr>
            <w:r>
              <w:rPr>
                <w:b/>
                <w:bCs/>
              </w:rPr>
              <w:t>Year</w:t>
            </w:r>
          </w:p>
        </w:tc>
        <w:tc>
          <w:tcPr>
            <w:tcW w:w="2870" w:type="dxa"/>
          </w:tcPr>
          <w:p w14:paraId="72763E81" w14:textId="77777777" w:rsidR="006215F4" w:rsidRDefault="006215F4" w:rsidP="008A3C00">
            <w:pPr>
              <w:contextualSpacing/>
              <w:rPr>
                <w:b/>
                <w:bCs/>
              </w:rPr>
            </w:pPr>
            <w:r w:rsidRPr="000A32DE">
              <w:rPr>
                <w:b/>
                <w:bCs/>
              </w:rPr>
              <w:t>Role</w:t>
            </w:r>
          </w:p>
          <w:p w14:paraId="62D75127" w14:textId="3D48CC28" w:rsidR="006215F4" w:rsidRPr="000A32DE" w:rsidRDefault="006215F4" w:rsidP="008A3C00">
            <w:pPr>
              <w:contextualSpacing/>
              <w:rPr>
                <w:b/>
                <w:bCs/>
              </w:rPr>
            </w:pPr>
            <w:r>
              <w:rPr>
                <w:b/>
                <w:bCs/>
              </w:rPr>
              <w:t>(PI, second author etc.)</w:t>
            </w:r>
          </w:p>
        </w:tc>
      </w:tr>
      <w:tr w:rsidR="006215F4" w14:paraId="11338422" w14:textId="77777777" w:rsidTr="00A45BE1">
        <w:trPr>
          <w:trHeight w:val="266"/>
        </w:trPr>
        <w:tc>
          <w:tcPr>
            <w:tcW w:w="5308" w:type="dxa"/>
          </w:tcPr>
          <w:p w14:paraId="75307F42" w14:textId="77777777" w:rsidR="006215F4" w:rsidRDefault="006215F4" w:rsidP="008A3C00">
            <w:pPr>
              <w:contextualSpacing/>
            </w:pPr>
          </w:p>
        </w:tc>
        <w:tc>
          <w:tcPr>
            <w:tcW w:w="1456" w:type="dxa"/>
          </w:tcPr>
          <w:p w14:paraId="3D1651C7" w14:textId="77777777" w:rsidR="006215F4" w:rsidRDefault="006215F4" w:rsidP="008A3C00">
            <w:pPr>
              <w:contextualSpacing/>
            </w:pPr>
          </w:p>
        </w:tc>
        <w:tc>
          <w:tcPr>
            <w:tcW w:w="2870" w:type="dxa"/>
          </w:tcPr>
          <w:p w14:paraId="608EFDD0" w14:textId="77777777" w:rsidR="006215F4" w:rsidRDefault="006215F4" w:rsidP="008A3C00">
            <w:pPr>
              <w:contextualSpacing/>
            </w:pPr>
          </w:p>
        </w:tc>
      </w:tr>
      <w:tr w:rsidR="006215F4" w14:paraId="5599F971" w14:textId="77777777" w:rsidTr="00A45BE1">
        <w:trPr>
          <w:trHeight w:val="251"/>
        </w:trPr>
        <w:tc>
          <w:tcPr>
            <w:tcW w:w="5308" w:type="dxa"/>
          </w:tcPr>
          <w:p w14:paraId="0060B74A" w14:textId="77777777" w:rsidR="006215F4" w:rsidRDefault="006215F4" w:rsidP="008A3C00">
            <w:pPr>
              <w:contextualSpacing/>
            </w:pPr>
          </w:p>
        </w:tc>
        <w:tc>
          <w:tcPr>
            <w:tcW w:w="1456" w:type="dxa"/>
          </w:tcPr>
          <w:p w14:paraId="2F6BC94D" w14:textId="77777777" w:rsidR="006215F4" w:rsidRDefault="006215F4" w:rsidP="008A3C00">
            <w:pPr>
              <w:contextualSpacing/>
            </w:pPr>
          </w:p>
        </w:tc>
        <w:tc>
          <w:tcPr>
            <w:tcW w:w="2870" w:type="dxa"/>
          </w:tcPr>
          <w:p w14:paraId="1964486F" w14:textId="77777777" w:rsidR="006215F4" w:rsidRDefault="006215F4" w:rsidP="008A3C00">
            <w:pPr>
              <w:contextualSpacing/>
            </w:pPr>
          </w:p>
        </w:tc>
      </w:tr>
      <w:tr w:rsidR="006215F4" w14:paraId="736E9A10" w14:textId="77777777" w:rsidTr="00A45BE1">
        <w:trPr>
          <w:trHeight w:val="251"/>
        </w:trPr>
        <w:tc>
          <w:tcPr>
            <w:tcW w:w="5308" w:type="dxa"/>
          </w:tcPr>
          <w:p w14:paraId="0F0336B3" w14:textId="77777777" w:rsidR="006215F4" w:rsidRDefault="006215F4" w:rsidP="008A3C00">
            <w:pPr>
              <w:contextualSpacing/>
            </w:pPr>
          </w:p>
        </w:tc>
        <w:tc>
          <w:tcPr>
            <w:tcW w:w="1456" w:type="dxa"/>
          </w:tcPr>
          <w:p w14:paraId="7E9C750B" w14:textId="77777777" w:rsidR="006215F4" w:rsidRDefault="006215F4" w:rsidP="008A3C00">
            <w:pPr>
              <w:contextualSpacing/>
            </w:pPr>
          </w:p>
        </w:tc>
        <w:tc>
          <w:tcPr>
            <w:tcW w:w="2870" w:type="dxa"/>
          </w:tcPr>
          <w:p w14:paraId="095631EB" w14:textId="77777777" w:rsidR="006215F4" w:rsidRDefault="006215F4" w:rsidP="008A3C00">
            <w:pPr>
              <w:contextualSpacing/>
            </w:pPr>
          </w:p>
        </w:tc>
      </w:tr>
    </w:tbl>
    <w:p w14:paraId="4FEBD7FD" w14:textId="77777777" w:rsidR="00CA01D4" w:rsidRDefault="00CA01D4" w:rsidP="008A3C00">
      <w:pPr>
        <w:spacing w:after="0" w:line="240" w:lineRule="auto"/>
        <w:contextualSpacing/>
      </w:pPr>
    </w:p>
    <w:tbl>
      <w:tblPr>
        <w:tblStyle w:val="TableGrid"/>
        <w:tblW w:w="9635" w:type="dxa"/>
        <w:tblLook w:val="04A0" w:firstRow="1" w:lastRow="0" w:firstColumn="1" w:lastColumn="0" w:noHBand="0" w:noVBand="1"/>
      </w:tblPr>
      <w:tblGrid>
        <w:gridCol w:w="3322"/>
        <w:gridCol w:w="1962"/>
        <w:gridCol w:w="1450"/>
        <w:gridCol w:w="2901"/>
      </w:tblGrid>
      <w:tr w:rsidR="00F019B2" w14:paraId="786391D3" w14:textId="77777777" w:rsidTr="00A45BE1">
        <w:trPr>
          <w:trHeight w:val="249"/>
        </w:trPr>
        <w:tc>
          <w:tcPr>
            <w:tcW w:w="9635" w:type="dxa"/>
            <w:gridSpan w:val="4"/>
            <w:shd w:val="clear" w:color="auto" w:fill="F2F2F2" w:themeFill="background1" w:themeFillShade="F2"/>
          </w:tcPr>
          <w:p w14:paraId="4FB89CC8" w14:textId="27879F8D" w:rsidR="00F019B2" w:rsidRPr="000A32DE" w:rsidRDefault="00F019B2" w:rsidP="00F019B2">
            <w:pPr>
              <w:contextualSpacing/>
              <w:jc w:val="center"/>
              <w:rPr>
                <w:b/>
                <w:bCs/>
              </w:rPr>
            </w:pPr>
            <w:r>
              <w:rPr>
                <w:b/>
                <w:bCs/>
              </w:rPr>
              <w:t>Abstracts and Posters</w:t>
            </w:r>
            <w:r w:rsidR="00B201AD">
              <w:rPr>
                <w:b/>
                <w:bCs/>
              </w:rPr>
              <w:t xml:space="preserve"> </w:t>
            </w:r>
            <w:r w:rsidR="00B201AD" w:rsidRPr="000A32DE">
              <w:rPr>
                <w:b/>
                <w:bCs/>
              </w:rPr>
              <w:t>(Max 5 pts)</w:t>
            </w:r>
          </w:p>
        </w:tc>
      </w:tr>
      <w:tr w:rsidR="008B4471" w14:paraId="126872DC" w14:textId="77777777" w:rsidTr="00A45BE1">
        <w:trPr>
          <w:trHeight w:val="249"/>
        </w:trPr>
        <w:tc>
          <w:tcPr>
            <w:tcW w:w="3322" w:type="dxa"/>
          </w:tcPr>
          <w:p w14:paraId="751944AE" w14:textId="3A54B432" w:rsidR="008B4471" w:rsidRPr="000A32DE" w:rsidRDefault="00CD3451" w:rsidP="008A3C00">
            <w:pPr>
              <w:contextualSpacing/>
              <w:rPr>
                <w:b/>
                <w:bCs/>
              </w:rPr>
            </w:pPr>
            <w:r w:rsidRPr="000A32DE">
              <w:rPr>
                <w:b/>
                <w:bCs/>
              </w:rPr>
              <w:t>Title</w:t>
            </w:r>
          </w:p>
        </w:tc>
        <w:tc>
          <w:tcPr>
            <w:tcW w:w="1962" w:type="dxa"/>
          </w:tcPr>
          <w:p w14:paraId="656CC490" w14:textId="77777777" w:rsidR="008B4471" w:rsidRPr="000A32DE" w:rsidRDefault="00CD3451" w:rsidP="008A3C00">
            <w:pPr>
              <w:contextualSpacing/>
              <w:rPr>
                <w:b/>
                <w:bCs/>
              </w:rPr>
            </w:pPr>
            <w:r w:rsidRPr="000A32DE">
              <w:rPr>
                <w:b/>
                <w:bCs/>
              </w:rPr>
              <w:t>Conference</w:t>
            </w:r>
          </w:p>
        </w:tc>
        <w:tc>
          <w:tcPr>
            <w:tcW w:w="1450" w:type="dxa"/>
          </w:tcPr>
          <w:p w14:paraId="18BDC42C" w14:textId="77777777" w:rsidR="008B4471" w:rsidRPr="000A32DE" w:rsidRDefault="00CD3451" w:rsidP="008A3C00">
            <w:pPr>
              <w:contextualSpacing/>
              <w:rPr>
                <w:b/>
                <w:bCs/>
              </w:rPr>
            </w:pPr>
            <w:r w:rsidRPr="000A32DE">
              <w:rPr>
                <w:b/>
                <w:bCs/>
              </w:rPr>
              <w:t>Year</w:t>
            </w:r>
          </w:p>
        </w:tc>
        <w:tc>
          <w:tcPr>
            <w:tcW w:w="2900" w:type="dxa"/>
          </w:tcPr>
          <w:p w14:paraId="431B8920" w14:textId="006D9435" w:rsidR="008B4471" w:rsidRPr="000A32DE" w:rsidRDefault="00CD3451" w:rsidP="008A3C00">
            <w:pPr>
              <w:contextualSpacing/>
              <w:rPr>
                <w:b/>
                <w:bCs/>
              </w:rPr>
            </w:pPr>
            <w:r w:rsidRPr="000A32DE">
              <w:rPr>
                <w:b/>
                <w:bCs/>
              </w:rPr>
              <w:t xml:space="preserve">Role </w:t>
            </w:r>
          </w:p>
        </w:tc>
      </w:tr>
      <w:tr w:rsidR="008B4471" w14:paraId="56D52EB1" w14:textId="77777777" w:rsidTr="00A45BE1">
        <w:trPr>
          <w:trHeight w:val="260"/>
        </w:trPr>
        <w:tc>
          <w:tcPr>
            <w:tcW w:w="3322" w:type="dxa"/>
          </w:tcPr>
          <w:p w14:paraId="4C0B1A6B" w14:textId="77777777" w:rsidR="008B4471" w:rsidRDefault="008B4471" w:rsidP="008A3C00">
            <w:pPr>
              <w:contextualSpacing/>
            </w:pPr>
          </w:p>
        </w:tc>
        <w:tc>
          <w:tcPr>
            <w:tcW w:w="1962" w:type="dxa"/>
          </w:tcPr>
          <w:p w14:paraId="6101530F" w14:textId="77777777" w:rsidR="008B4471" w:rsidRDefault="008B4471" w:rsidP="008A3C00">
            <w:pPr>
              <w:contextualSpacing/>
            </w:pPr>
          </w:p>
        </w:tc>
        <w:tc>
          <w:tcPr>
            <w:tcW w:w="1450" w:type="dxa"/>
          </w:tcPr>
          <w:p w14:paraId="0ADC5EA3" w14:textId="77777777" w:rsidR="008B4471" w:rsidRDefault="008B4471" w:rsidP="008A3C00">
            <w:pPr>
              <w:contextualSpacing/>
            </w:pPr>
          </w:p>
        </w:tc>
        <w:tc>
          <w:tcPr>
            <w:tcW w:w="2900" w:type="dxa"/>
          </w:tcPr>
          <w:p w14:paraId="4327542E" w14:textId="77777777" w:rsidR="008B4471" w:rsidRDefault="008B4471" w:rsidP="008A3C00">
            <w:pPr>
              <w:contextualSpacing/>
            </w:pPr>
          </w:p>
        </w:tc>
      </w:tr>
      <w:tr w:rsidR="008B4471" w14:paraId="74A4DB55" w14:textId="77777777" w:rsidTr="00A45BE1">
        <w:trPr>
          <w:trHeight w:val="249"/>
        </w:trPr>
        <w:tc>
          <w:tcPr>
            <w:tcW w:w="3322" w:type="dxa"/>
          </w:tcPr>
          <w:p w14:paraId="4B6D2F2A" w14:textId="77777777" w:rsidR="008B4471" w:rsidRDefault="008B4471" w:rsidP="008A3C00">
            <w:pPr>
              <w:contextualSpacing/>
            </w:pPr>
          </w:p>
        </w:tc>
        <w:tc>
          <w:tcPr>
            <w:tcW w:w="1962" w:type="dxa"/>
          </w:tcPr>
          <w:p w14:paraId="36B7498E" w14:textId="77777777" w:rsidR="008B4471" w:rsidRDefault="008B4471" w:rsidP="008A3C00">
            <w:pPr>
              <w:contextualSpacing/>
            </w:pPr>
          </w:p>
        </w:tc>
        <w:tc>
          <w:tcPr>
            <w:tcW w:w="1450" w:type="dxa"/>
          </w:tcPr>
          <w:p w14:paraId="308DAA9F" w14:textId="77777777" w:rsidR="008B4471" w:rsidRDefault="008B4471" w:rsidP="008A3C00">
            <w:pPr>
              <w:contextualSpacing/>
            </w:pPr>
          </w:p>
        </w:tc>
        <w:tc>
          <w:tcPr>
            <w:tcW w:w="2900" w:type="dxa"/>
          </w:tcPr>
          <w:p w14:paraId="45D76E07" w14:textId="77777777" w:rsidR="008B4471" w:rsidRDefault="008B4471" w:rsidP="008A3C00">
            <w:pPr>
              <w:contextualSpacing/>
            </w:pPr>
          </w:p>
        </w:tc>
      </w:tr>
      <w:tr w:rsidR="008B4471" w14:paraId="112194E1" w14:textId="77777777" w:rsidTr="00A45BE1">
        <w:trPr>
          <w:trHeight w:val="249"/>
        </w:trPr>
        <w:tc>
          <w:tcPr>
            <w:tcW w:w="3322" w:type="dxa"/>
          </w:tcPr>
          <w:p w14:paraId="737F2F15" w14:textId="77777777" w:rsidR="008B4471" w:rsidRDefault="008B4471" w:rsidP="008A3C00">
            <w:pPr>
              <w:contextualSpacing/>
            </w:pPr>
          </w:p>
        </w:tc>
        <w:tc>
          <w:tcPr>
            <w:tcW w:w="1962" w:type="dxa"/>
          </w:tcPr>
          <w:p w14:paraId="713E2559" w14:textId="77777777" w:rsidR="008B4471" w:rsidRDefault="008B4471" w:rsidP="008A3C00">
            <w:pPr>
              <w:contextualSpacing/>
            </w:pPr>
          </w:p>
        </w:tc>
        <w:tc>
          <w:tcPr>
            <w:tcW w:w="1450" w:type="dxa"/>
          </w:tcPr>
          <w:p w14:paraId="782BB6BF" w14:textId="77777777" w:rsidR="008B4471" w:rsidRDefault="008B4471" w:rsidP="008A3C00">
            <w:pPr>
              <w:contextualSpacing/>
            </w:pPr>
          </w:p>
        </w:tc>
        <w:tc>
          <w:tcPr>
            <w:tcW w:w="2900" w:type="dxa"/>
          </w:tcPr>
          <w:p w14:paraId="400EC17C" w14:textId="77777777" w:rsidR="008B4471" w:rsidRDefault="008B4471" w:rsidP="008A3C00">
            <w:pPr>
              <w:contextualSpacing/>
            </w:pPr>
          </w:p>
        </w:tc>
      </w:tr>
    </w:tbl>
    <w:p w14:paraId="548B9425" w14:textId="77777777" w:rsidR="00F019B2" w:rsidRDefault="00F019B2"/>
    <w:tbl>
      <w:tblPr>
        <w:tblStyle w:val="TableGrid"/>
        <w:tblW w:w="9561" w:type="dxa"/>
        <w:tblLook w:val="04A0" w:firstRow="1" w:lastRow="0" w:firstColumn="1" w:lastColumn="0" w:noHBand="0" w:noVBand="1"/>
      </w:tblPr>
      <w:tblGrid>
        <w:gridCol w:w="2363"/>
        <w:gridCol w:w="2336"/>
        <w:gridCol w:w="2494"/>
        <w:gridCol w:w="2368"/>
      </w:tblGrid>
      <w:tr w:rsidR="00F019B2" w14:paraId="12260716" w14:textId="77777777" w:rsidTr="00A45BE1">
        <w:trPr>
          <w:trHeight w:val="306"/>
        </w:trPr>
        <w:tc>
          <w:tcPr>
            <w:tcW w:w="9561" w:type="dxa"/>
            <w:gridSpan w:val="4"/>
            <w:shd w:val="clear" w:color="auto" w:fill="F2F2F2" w:themeFill="background1" w:themeFillShade="F2"/>
          </w:tcPr>
          <w:p w14:paraId="0F0A1DCD" w14:textId="38CA0FA2" w:rsidR="00F019B2" w:rsidRPr="000A32DE" w:rsidRDefault="000374B7" w:rsidP="00F019B2">
            <w:pPr>
              <w:contextualSpacing/>
              <w:jc w:val="center"/>
              <w:rPr>
                <w:b/>
                <w:bCs/>
              </w:rPr>
            </w:pPr>
            <w:r>
              <w:rPr>
                <w:b/>
                <w:bCs/>
              </w:rPr>
              <w:t>Research Leadership</w:t>
            </w:r>
            <w:r w:rsidR="00B201AD">
              <w:rPr>
                <w:b/>
                <w:bCs/>
              </w:rPr>
              <w:t xml:space="preserve"> </w:t>
            </w:r>
            <w:r w:rsidR="00B201AD" w:rsidRPr="000A32DE">
              <w:rPr>
                <w:b/>
                <w:bCs/>
              </w:rPr>
              <w:t>(Max 1</w:t>
            </w:r>
            <w:r w:rsidR="00190729">
              <w:rPr>
                <w:b/>
                <w:bCs/>
              </w:rPr>
              <w:t>0</w:t>
            </w:r>
            <w:r w:rsidR="00B201AD" w:rsidRPr="000A32DE">
              <w:rPr>
                <w:b/>
                <w:bCs/>
              </w:rPr>
              <w:t xml:space="preserve"> pts)</w:t>
            </w:r>
          </w:p>
        </w:tc>
      </w:tr>
      <w:tr w:rsidR="008B4471" w14:paraId="035E86EF" w14:textId="77777777" w:rsidTr="00A45BE1">
        <w:trPr>
          <w:trHeight w:val="306"/>
        </w:trPr>
        <w:tc>
          <w:tcPr>
            <w:tcW w:w="2363" w:type="dxa"/>
          </w:tcPr>
          <w:p w14:paraId="5059459E" w14:textId="247B40C1" w:rsidR="008B4471" w:rsidRPr="000A32DE" w:rsidRDefault="00084050" w:rsidP="008A3C00">
            <w:pPr>
              <w:contextualSpacing/>
              <w:rPr>
                <w:b/>
                <w:bCs/>
              </w:rPr>
            </w:pPr>
            <w:r>
              <w:rPr>
                <w:b/>
                <w:bCs/>
              </w:rPr>
              <w:t>Project</w:t>
            </w:r>
            <w:r w:rsidR="00CD3451" w:rsidRPr="000A32DE">
              <w:rPr>
                <w:b/>
                <w:bCs/>
              </w:rPr>
              <w:t xml:space="preserve"> Title</w:t>
            </w:r>
          </w:p>
        </w:tc>
        <w:tc>
          <w:tcPr>
            <w:tcW w:w="2336" w:type="dxa"/>
          </w:tcPr>
          <w:p w14:paraId="0BD09BFD" w14:textId="0222775C" w:rsidR="008B4471" w:rsidRPr="000A32DE" w:rsidRDefault="00084050" w:rsidP="008A3C00">
            <w:pPr>
              <w:contextualSpacing/>
              <w:rPr>
                <w:b/>
                <w:bCs/>
              </w:rPr>
            </w:pPr>
            <w:r w:rsidRPr="000A32DE">
              <w:rPr>
                <w:b/>
                <w:bCs/>
              </w:rPr>
              <w:t>Role (PI/Co-</w:t>
            </w:r>
            <w:r>
              <w:rPr>
                <w:b/>
                <w:bCs/>
              </w:rPr>
              <w:t>P</w:t>
            </w:r>
            <w:r w:rsidRPr="000A32DE">
              <w:rPr>
                <w:b/>
                <w:bCs/>
              </w:rPr>
              <w:t>I)</w:t>
            </w:r>
          </w:p>
        </w:tc>
        <w:tc>
          <w:tcPr>
            <w:tcW w:w="2494" w:type="dxa"/>
          </w:tcPr>
          <w:p w14:paraId="5CFCE75D" w14:textId="2D59D49D" w:rsidR="008B4471" w:rsidRPr="000A32DE" w:rsidRDefault="00084050" w:rsidP="008A3C00">
            <w:pPr>
              <w:contextualSpacing/>
              <w:rPr>
                <w:b/>
                <w:bCs/>
              </w:rPr>
            </w:pPr>
            <w:r w:rsidRPr="000A32DE">
              <w:rPr>
                <w:b/>
                <w:bCs/>
              </w:rPr>
              <w:t>Funding Source</w:t>
            </w:r>
            <w:r>
              <w:rPr>
                <w:b/>
                <w:bCs/>
              </w:rPr>
              <w:t xml:space="preserve"> if applicable</w:t>
            </w:r>
          </w:p>
        </w:tc>
        <w:tc>
          <w:tcPr>
            <w:tcW w:w="2367" w:type="dxa"/>
          </w:tcPr>
          <w:p w14:paraId="6D44CC4D" w14:textId="4EB0608D" w:rsidR="008B4471" w:rsidRPr="000A32DE" w:rsidRDefault="00CD3451" w:rsidP="008A3C00">
            <w:pPr>
              <w:contextualSpacing/>
              <w:rPr>
                <w:b/>
                <w:bCs/>
              </w:rPr>
            </w:pPr>
            <w:r w:rsidRPr="000A32DE">
              <w:rPr>
                <w:b/>
                <w:bCs/>
              </w:rPr>
              <w:t xml:space="preserve">Year </w:t>
            </w:r>
          </w:p>
        </w:tc>
      </w:tr>
      <w:tr w:rsidR="008B4471" w14:paraId="6F07DCAD" w14:textId="77777777" w:rsidTr="00A45BE1">
        <w:trPr>
          <w:trHeight w:val="319"/>
        </w:trPr>
        <w:tc>
          <w:tcPr>
            <w:tcW w:w="2363" w:type="dxa"/>
          </w:tcPr>
          <w:p w14:paraId="5C6B33F2" w14:textId="77777777" w:rsidR="008B4471" w:rsidRDefault="008B4471" w:rsidP="008A3C00">
            <w:pPr>
              <w:contextualSpacing/>
            </w:pPr>
          </w:p>
        </w:tc>
        <w:tc>
          <w:tcPr>
            <w:tcW w:w="2336" w:type="dxa"/>
          </w:tcPr>
          <w:p w14:paraId="17B4C2CD" w14:textId="77777777" w:rsidR="008B4471" w:rsidRDefault="008B4471" w:rsidP="008A3C00">
            <w:pPr>
              <w:contextualSpacing/>
            </w:pPr>
          </w:p>
        </w:tc>
        <w:tc>
          <w:tcPr>
            <w:tcW w:w="2494" w:type="dxa"/>
          </w:tcPr>
          <w:p w14:paraId="0CA1FDEE" w14:textId="77777777" w:rsidR="008B4471" w:rsidRDefault="008B4471" w:rsidP="008A3C00">
            <w:pPr>
              <w:contextualSpacing/>
            </w:pPr>
          </w:p>
        </w:tc>
        <w:tc>
          <w:tcPr>
            <w:tcW w:w="2367" w:type="dxa"/>
          </w:tcPr>
          <w:p w14:paraId="3D974391" w14:textId="77777777" w:rsidR="008B4471" w:rsidRDefault="008B4471" w:rsidP="008A3C00">
            <w:pPr>
              <w:contextualSpacing/>
            </w:pPr>
          </w:p>
        </w:tc>
      </w:tr>
      <w:tr w:rsidR="008B4471" w14:paraId="11462ED0" w14:textId="77777777" w:rsidTr="00A45BE1">
        <w:trPr>
          <w:trHeight w:val="306"/>
        </w:trPr>
        <w:tc>
          <w:tcPr>
            <w:tcW w:w="2363" w:type="dxa"/>
          </w:tcPr>
          <w:p w14:paraId="1BA9D23C" w14:textId="77777777" w:rsidR="008B4471" w:rsidRDefault="008B4471" w:rsidP="008A3C00">
            <w:pPr>
              <w:contextualSpacing/>
            </w:pPr>
          </w:p>
        </w:tc>
        <w:tc>
          <w:tcPr>
            <w:tcW w:w="2336" w:type="dxa"/>
          </w:tcPr>
          <w:p w14:paraId="5CF30529" w14:textId="77777777" w:rsidR="008B4471" w:rsidRDefault="008B4471" w:rsidP="008A3C00">
            <w:pPr>
              <w:contextualSpacing/>
            </w:pPr>
          </w:p>
        </w:tc>
        <w:tc>
          <w:tcPr>
            <w:tcW w:w="2494" w:type="dxa"/>
          </w:tcPr>
          <w:p w14:paraId="7219ED07" w14:textId="77777777" w:rsidR="008B4471" w:rsidRDefault="008B4471" w:rsidP="008A3C00">
            <w:pPr>
              <w:contextualSpacing/>
            </w:pPr>
          </w:p>
        </w:tc>
        <w:tc>
          <w:tcPr>
            <w:tcW w:w="2367" w:type="dxa"/>
          </w:tcPr>
          <w:p w14:paraId="67A71E66" w14:textId="77777777" w:rsidR="008B4471" w:rsidRDefault="008B4471" w:rsidP="008A3C00">
            <w:pPr>
              <w:contextualSpacing/>
            </w:pPr>
          </w:p>
        </w:tc>
      </w:tr>
      <w:tr w:rsidR="008B4471" w14:paraId="14809BBF" w14:textId="77777777" w:rsidTr="00A45BE1">
        <w:trPr>
          <w:trHeight w:val="306"/>
        </w:trPr>
        <w:tc>
          <w:tcPr>
            <w:tcW w:w="2363" w:type="dxa"/>
          </w:tcPr>
          <w:p w14:paraId="4C7E896D" w14:textId="77777777" w:rsidR="008B4471" w:rsidRDefault="008B4471" w:rsidP="008A3C00">
            <w:pPr>
              <w:contextualSpacing/>
            </w:pPr>
          </w:p>
        </w:tc>
        <w:tc>
          <w:tcPr>
            <w:tcW w:w="2336" w:type="dxa"/>
          </w:tcPr>
          <w:p w14:paraId="2D6AE65A" w14:textId="77777777" w:rsidR="008B4471" w:rsidRDefault="008B4471" w:rsidP="008A3C00">
            <w:pPr>
              <w:contextualSpacing/>
            </w:pPr>
          </w:p>
        </w:tc>
        <w:tc>
          <w:tcPr>
            <w:tcW w:w="2494" w:type="dxa"/>
          </w:tcPr>
          <w:p w14:paraId="7913D6AB" w14:textId="77777777" w:rsidR="008B4471" w:rsidRDefault="008B4471" w:rsidP="008A3C00">
            <w:pPr>
              <w:contextualSpacing/>
            </w:pPr>
          </w:p>
        </w:tc>
        <w:tc>
          <w:tcPr>
            <w:tcW w:w="2367" w:type="dxa"/>
          </w:tcPr>
          <w:p w14:paraId="091F655F" w14:textId="77777777" w:rsidR="008B4471" w:rsidRDefault="008B4471" w:rsidP="008A3C00">
            <w:pPr>
              <w:contextualSpacing/>
            </w:pPr>
          </w:p>
        </w:tc>
      </w:tr>
    </w:tbl>
    <w:p w14:paraId="28EC79B4" w14:textId="77777777" w:rsidR="000A32DE" w:rsidRPr="000A32DE" w:rsidRDefault="000A32DE" w:rsidP="000A32DE"/>
    <w:p w14:paraId="6DE1FBB6" w14:textId="77777777" w:rsidR="00A45BE1" w:rsidRDefault="00A45BE1">
      <w:pPr>
        <w:rPr>
          <w:rFonts w:asciiTheme="majorHAnsi" w:eastAsiaTheme="majorEastAsia" w:hAnsiTheme="majorHAnsi" w:cstheme="majorBidi"/>
          <w:b/>
          <w:bCs/>
          <w:color w:val="4F81BD" w:themeColor="accent1"/>
          <w:sz w:val="26"/>
          <w:szCs w:val="26"/>
        </w:rPr>
      </w:pPr>
      <w:r>
        <w:br w:type="page"/>
      </w:r>
    </w:p>
    <w:p w14:paraId="24E3A4A3" w14:textId="54201567" w:rsidR="008B4471" w:rsidRDefault="00370D72" w:rsidP="008A3C00">
      <w:pPr>
        <w:pStyle w:val="Heading2"/>
        <w:spacing w:before="0" w:line="240" w:lineRule="auto"/>
        <w:contextualSpacing/>
      </w:pPr>
      <w:r>
        <w:lastRenderedPageBreak/>
        <w:t>Section I</w:t>
      </w:r>
      <w:r w:rsidR="00986D46">
        <w:t>V</w:t>
      </w:r>
      <w:r>
        <w:t xml:space="preserve">: </w:t>
      </w:r>
      <w:r w:rsidR="004375CB">
        <w:t xml:space="preserve">Education, Mentorship, &amp; Workforce Development (Max </w:t>
      </w:r>
      <w:r w:rsidR="000B73B1">
        <w:t>6</w:t>
      </w:r>
      <w:r w:rsidR="00A24F2A">
        <w:t>0</w:t>
      </w:r>
      <w:r w:rsidR="004375CB">
        <w:t xml:space="preserve"> points)</w:t>
      </w:r>
    </w:p>
    <w:p w14:paraId="5B3F0663" w14:textId="08123445" w:rsidR="000A32DE" w:rsidRDefault="3FFD1D83" w:rsidP="6B19C7D4">
      <w:pPr>
        <w:spacing w:after="0" w:line="240" w:lineRule="auto"/>
        <w:contextualSpacing/>
      </w:pPr>
      <w:r w:rsidRPr="6B19C7D4">
        <w:rPr>
          <w:rFonts w:eastAsia="Calibri Light" w:cs="Calibri Light"/>
        </w:rPr>
        <w:t>This section highlights contributions in teaching, precepting, and mentoring. Applicants should include activities involving students, residents, fellows, or other trainees, as well as participation in continuing education programs and formal teaching roles. Teaching efforts may involve pharmacy learners and those in other healthcare disciplines. Recognition through teaching awards or honors should also be documented. Applicants are encouraged to emphasize activities that advance workforce development in pain and palliative care pharmacy.</w:t>
      </w:r>
    </w:p>
    <w:p w14:paraId="401CE68C" w14:textId="32FFDE02" w:rsidR="0F4E49FF" w:rsidRDefault="0F4E49FF" w:rsidP="0F4E49FF">
      <w:pPr>
        <w:spacing w:after="0" w:line="240" w:lineRule="auto"/>
        <w:contextualSpacing/>
      </w:pPr>
    </w:p>
    <w:p w14:paraId="51405327" w14:textId="64B18CB4" w:rsidR="0F4E49FF" w:rsidRDefault="0F4E49FF" w:rsidP="0F4E49FF">
      <w:pPr>
        <w:spacing w:after="0" w:line="240" w:lineRule="auto"/>
        <w:contextualSpacing/>
      </w:pPr>
    </w:p>
    <w:tbl>
      <w:tblPr>
        <w:tblStyle w:val="TableGrid"/>
        <w:tblW w:w="5000" w:type="pct"/>
        <w:tblLook w:val="04A0" w:firstRow="1" w:lastRow="0" w:firstColumn="1" w:lastColumn="0" w:noHBand="0" w:noVBand="1"/>
      </w:tblPr>
      <w:tblGrid>
        <w:gridCol w:w="2877"/>
        <w:gridCol w:w="2247"/>
        <w:gridCol w:w="3506"/>
      </w:tblGrid>
      <w:tr w:rsidR="00B201AD" w14:paraId="67A24683" w14:textId="77777777" w:rsidTr="6B19C7D4">
        <w:tc>
          <w:tcPr>
            <w:tcW w:w="5000" w:type="pct"/>
            <w:gridSpan w:val="3"/>
            <w:shd w:val="clear" w:color="auto" w:fill="F2F2F2" w:themeFill="background1" w:themeFillShade="F2"/>
          </w:tcPr>
          <w:p w14:paraId="350DA5E6" w14:textId="145F3BB2" w:rsidR="00B201AD" w:rsidRPr="000A32DE" w:rsidRDefault="711D588A" w:rsidP="00B201AD">
            <w:pPr>
              <w:contextualSpacing/>
              <w:jc w:val="center"/>
              <w:rPr>
                <w:b/>
                <w:bCs/>
              </w:rPr>
            </w:pPr>
            <w:r w:rsidRPr="6B19C7D4">
              <w:rPr>
                <w:b/>
                <w:bCs/>
              </w:rPr>
              <w:t xml:space="preserve">Experiential </w:t>
            </w:r>
            <w:r w:rsidR="179D322E" w:rsidRPr="6B19C7D4">
              <w:rPr>
                <w:b/>
                <w:bCs/>
              </w:rPr>
              <w:t>Student Training (Max 1</w:t>
            </w:r>
            <w:r w:rsidR="000B73B1">
              <w:rPr>
                <w:b/>
                <w:bCs/>
              </w:rPr>
              <w:t>0</w:t>
            </w:r>
            <w:r w:rsidR="179D322E" w:rsidRPr="6B19C7D4">
              <w:rPr>
                <w:b/>
                <w:bCs/>
              </w:rPr>
              <w:t xml:space="preserve"> pts)</w:t>
            </w:r>
          </w:p>
        </w:tc>
      </w:tr>
      <w:tr w:rsidR="00B201AD" w14:paraId="37622C8B" w14:textId="77777777" w:rsidTr="6B19C7D4">
        <w:tc>
          <w:tcPr>
            <w:tcW w:w="1667" w:type="pct"/>
          </w:tcPr>
          <w:p w14:paraId="2442A46C" w14:textId="77777777" w:rsidR="00B201AD" w:rsidRPr="000A32DE" w:rsidRDefault="00B201AD" w:rsidP="008A3C00">
            <w:pPr>
              <w:contextualSpacing/>
              <w:rPr>
                <w:b/>
                <w:bCs/>
              </w:rPr>
            </w:pPr>
            <w:r w:rsidRPr="000A32DE">
              <w:rPr>
                <w:b/>
                <w:bCs/>
              </w:rPr>
              <w:t>Role</w:t>
            </w:r>
          </w:p>
        </w:tc>
        <w:tc>
          <w:tcPr>
            <w:tcW w:w="1302" w:type="pct"/>
          </w:tcPr>
          <w:p w14:paraId="2BAA7FC7" w14:textId="77777777" w:rsidR="00B201AD" w:rsidRPr="000A32DE" w:rsidRDefault="00B201AD" w:rsidP="008A3C00">
            <w:pPr>
              <w:contextualSpacing/>
              <w:rPr>
                <w:b/>
                <w:bCs/>
              </w:rPr>
            </w:pPr>
            <w:r w:rsidRPr="000A32DE">
              <w:rPr>
                <w:b/>
                <w:bCs/>
              </w:rPr>
              <w:t>Dates</w:t>
            </w:r>
          </w:p>
        </w:tc>
        <w:tc>
          <w:tcPr>
            <w:tcW w:w="2031" w:type="pct"/>
          </w:tcPr>
          <w:p w14:paraId="46F4C624" w14:textId="38CD0D08" w:rsidR="00B201AD" w:rsidRPr="000A32DE" w:rsidRDefault="00B201AD" w:rsidP="008A3C00">
            <w:pPr>
              <w:contextualSpacing/>
              <w:rPr>
                <w:b/>
                <w:bCs/>
              </w:rPr>
            </w:pPr>
            <w:r w:rsidRPr="000A32DE">
              <w:rPr>
                <w:b/>
                <w:bCs/>
              </w:rPr>
              <w:t>Number of Students</w:t>
            </w:r>
          </w:p>
        </w:tc>
      </w:tr>
      <w:tr w:rsidR="00B201AD" w14:paraId="04F6D009" w14:textId="77777777" w:rsidTr="6B19C7D4">
        <w:tc>
          <w:tcPr>
            <w:tcW w:w="1667" w:type="pct"/>
          </w:tcPr>
          <w:p w14:paraId="40083EEF" w14:textId="617B8B8D" w:rsidR="00B201AD" w:rsidRDefault="00B201AD" w:rsidP="008A3C00">
            <w:pPr>
              <w:contextualSpacing/>
            </w:pPr>
          </w:p>
        </w:tc>
        <w:tc>
          <w:tcPr>
            <w:tcW w:w="1302" w:type="pct"/>
          </w:tcPr>
          <w:p w14:paraId="1763232E" w14:textId="77777777" w:rsidR="00B201AD" w:rsidRDefault="00B201AD" w:rsidP="008A3C00">
            <w:pPr>
              <w:contextualSpacing/>
            </w:pPr>
          </w:p>
        </w:tc>
        <w:tc>
          <w:tcPr>
            <w:tcW w:w="2031" w:type="pct"/>
          </w:tcPr>
          <w:p w14:paraId="514952B5" w14:textId="77777777" w:rsidR="00B201AD" w:rsidRDefault="00B201AD" w:rsidP="008A3C00">
            <w:pPr>
              <w:contextualSpacing/>
            </w:pPr>
          </w:p>
        </w:tc>
      </w:tr>
      <w:tr w:rsidR="00B201AD" w14:paraId="29120B32" w14:textId="77777777" w:rsidTr="6B19C7D4">
        <w:tc>
          <w:tcPr>
            <w:tcW w:w="1667" w:type="pct"/>
          </w:tcPr>
          <w:p w14:paraId="520C0111" w14:textId="77777777" w:rsidR="00B201AD" w:rsidRDefault="00B201AD" w:rsidP="008A3C00">
            <w:pPr>
              <w:contextualSpacing/>
            </w:pPr>
          </w:p>
        </w:tc>
        <w:tc>
          <w:tcPr>
            <w:tcW w:w="1302" w:type="pct"/>
          </w:tcPr>
          <w:p w14:paraId="3191CF3B" w14:textId="77777777" w:rsidR="00B201AD" w:rsidRDefault="00B201AD" w:rsidP="008A3C00">
            <w:pPr>
              <w:contextualSpacing/>
            </w:pPr>
          </w:p>
        </w:tc>
        <w:tc>
          <w:tcPr>
            <w:tcW w:w="2031" w:type="pct"/>
          </w:tcPr>
          <w:p w14:paraId="41C7CD0C" w14:textId="77777777" w:rsidR="00B201AD" w:rsidRDefault="00B201AD" w:rsidP="008A3C00">
            <w:pPr>
              <w:contextualSpacing/>
            </w:pPr>
          </w:p>
        </w:tc>
      </w:tr>
      <w:tr w:rsidR="00B201AD" w14:paraId="570E8333" w14:textId="77777777" w:rsidTr="6B19C7D4">
        <w:tc>
          <w:tcPr>
            <w:tcW w:w="1667" w:type="pct"/>
          </w:tcPr>
          <w:p w14:paraId="38B4421C" w14:textId="77777777" w:rsidR="00B201AD" w:rsidRDefault="00B201AD" w:rsidP="008A3C00">
            <w:pPr>
              <w:contextualSpacing/>
            </w:pPr>
          </w:p>
        </w:tc>
        <w:tc>
          <w:tcPr>
            <w:tcW w:w="1302" w:type="pct"/>
          </w:tcPr>
          <w:p w14:paraId="76590974" w14:textId="77777777" w:rsidR="00B201AD" w:rsidRDefault="00B201AD" w:rsidP="008A3C00">
            <w:pPr>
              <w:contextualSpacing/>
            </w:pPr>
          </w:p>
        </w:tc>
        <w:tc>
          <w:tcPr>
            <w:tcW w:w="2031" w:type="pct"/>
          </w:tcPr>
          <w:p w14:paraId="50CCACD0" w14:textId="77777777" w:rsidR="00B201AD" w:rsidRDefault="00B201AD" w:rsidP="008A3C00">
            <w:pPr>
              <w:contextualSpacing/>
            </w:pPr>
          </w:p>
        </w:tc>
      </w:tr>
      <w:tr w:rsidR="00B201AD" w14:paraId="74C61BD6" w14:textId="77777777" w:rsidTr="6B19C7D4">
        <w:tc>
          <w:tcPr>
            <w:tcW w:w="5000" w:type="pct"/>
            <w:gridSpan w:val="3"/>
            <w:shd w:val="clear" w:color="auto" w:fill="F2F2F2" w:themeFill="background1" w:themeFillShade="F2"/>
          </w:tcPr>
          <w:p w14:paraId="7483865A" w14:textId="2481E3D2" w:rsidR="00B201AD" w:rsidRPr="000A32DE" w:rsidRDefault="00B201AD" w:rsidP="00B201AD">
            <w:pPr>
              <w:contextualSpacing/>
              <w:jc w:val="center"/>
              <w:rPr>
                <w:b/>
                <w:bCs/>
              </w:rPr>
            </w:pPr>
            <w:r w:rsidRPr="000A32DE">
              <w:rPr>
                <w:b/>
                <w:bCs/>
              </w:rPr>
              <w:t>Resident Training (Max 1</w:t>
            </w:r>
            <w:r w:rsidR="000B73B1">
              <w:rPr>
                <w:b/>
                <w:bCs/>
              </w:rPr>
              <w:t>0</w:t>
            </w:r>
            <w:r w:rsidRPr="000A32DE">
              <w:rPr>
                <w:b/>
                <w:bCs/>
              </w:rPr>
              <w:t xml:space="preserve"> pts)</w:t>
            </w:r>
          </w:p>
        </w:tc>
      </w:tr>
      <w:tr w:rsidR="00B201AD" w14:paraId="0169AB1E" w14:textId="77777777" w:rsidTr="6B19C7D4">
        <w:tc>
          <w:tcPr>
            <w:tcW w:w="1667" w:type="pct"/>
          </w:tcPr>
          <w:p w14:paraId="4B341F1F" w14:textId="77777777" w:rsidR="00B201AD" w:rsidRPr="000A32DE" w:rsidRDefault="00B201AD" w:rsidP="008A3C00">
            <w:pPr>
              <w:contextualSpacing/>
              <w:rPr>
                <w:b/>
                <w:bCs/>
              </w:rPr>
            </w:pPr>
            <w:r w:rsidRPr="000A32DE">
              <w:rPr>
                <w:b/>
                <w:bCs/>
              </w:rPr>
              <w:t>Role</w:t>
            </w:r>
          </w:p>
        </w:tc>
        <w:tc>
          <w:tcPr>
            <w:tcW w:w="1302" w:type="pct"/>
          </w:tcPr>
          <w:p w14:paraId="299ABF7B" w14:textId="77777777" w:rsidR="00B201AD" w:rsidRPr="000A32DE" w:rsidRDefault="00B201AD" w:rsidP="008A3C00">
            <w:pPr>
              <w:contextualSpacing/>
              <w:rPr>
                <w:b/>
                <w:bCs/>
              </w:rPr>
            </w:pPr>
            <w:r w:rsidRPr="000A32DE">
              <w:rPr>
                <w:b/>
                <w:bCs/>
              </w:rPr>
              <w:t>Dates</w:t>
            </w:r>
          </w:p>
        </w:tc>
        <w:tc>
          <w:tcPr>
            <w:tcW w:w="2031" w:type="pct"/>
          </w:tcPr>
          <w:p w14:paraId="30B095A5" w14:textId="68178A05" w:rsidR="00B201AD" w:rsidRPr="000A32DE" w:rsidRDefault="00B201AD" w:rsidP="008A3C00">
            <w:pPr>
              <w:contextualSpacing/>
              <w:rPr>
                <w:b/>
                <w:bCs/>
              </w:rPr>
            </w:pPr>
            <w:r w:rsidRPr="000A32DE">
              <w:rPr>
                <w:b/>
                <w:bCs/>
              </w:rPr>
              <w:t>Number of Residents</w:t>
            </w:r>
          </w:p>
        </w:tc>
      </w:tr>
      <w:tr w:rsidR="00B201AD" w14:paraId="6178C480" w14:textId="77777777" w:rsidTr="6B19C7D4">
        <w:tc>
          <w:tcPr>
            <w:tcW w:w="1667" w:type="pct"/>
          </w:tcPr>
          <w:p w14:paraId="3407CA03" w14:textId="34B0FB9B" w:rsidR="00B201AD" w:rsidRDefault="00B201AD" w:rsidP="008A3C00">
            <w:pPr>
              <w:contextualSpacing/>
            </w:pPr>
          </w:p>
        </w:tc>
        <w:tc>
          <w:tcPr>
            <w:tcW w:w="1302" w:type="pct"/>
          </w:tcPr>
          <w:p w14:paraId="29DDA4D1" w14:textId="77777777" w:rsidR="00B201AD" w:rsidRDefault="00B201AD" w:rsidP="008A3C00">
            <w:pPr>
              <w:contextualSpacing/>
            </w:pPr>
          </w:p>
        </w:tc>
        <w:tc>
          <w:tcPr>
            <w:tcW w:w="2031" w:type="pct"/>
          </w:tcPr>
          <w:p w14:paraId="3708A398" w14:textId="77777777" w:rsidR="00B201AD" w:rsidRDefault="00B201AD" w:rsidP="008A3C00">
            <w:pPr>
              <w:contextualSpacing/>
            </w:pPr>
          </w:p>
        </w:tc>
      </w:tr>
      <w:tr w:rsidR="00B201AD" w14:paraId="31D6C850" w14:textId="77777777" w:rsidTr="6B19C7D4">
        <w:tc>
          <w:tcPr>
            <w:tcW w:w="1667" w:type="pct"/>
          </w:tcPr>
          <w:p w14:paraId="25A04E31" w14:textId="77777777" w:rsidR="00B201AD" w:rsidRDefault="00B201AD" w:rsidP="008A3C00">
            <w:pPr>
              <w:contextualSpacing/>
            </w:pPr>
          </w:p>
        </w:tc>
        <w:tc>
          <w:tcPr>
            <w:tcW w:w="1302" w:type="pct"/>
          </w:tcPr>
          <w:p w14:paraId="11E466F9" w14:textId="77777777" w:rsidR="00B201AD" w:rsidRDefault="00B201AD" w:rsidP="008A3C00">
            <w:pPr>
              <w:contextualSpacing/>
            </w:pPr>
          </w:p>
        </w:tc>
        <w:tc>
          <w:tcPr>
            <w:tcW w:w="2031" w:type="pct"/>
          </w:tcPr>
          <w:p w14:paraId="024F28A4" w14:textId="77777777" w:rsidR="00B201AD" w:rsidRDefault="00B201AD" w:rsidP="008A3C00">
            <w:pPr>
              <w:contextualSpacing/>
            </w:pPr>
          </w:p>
        </w:tc>
      </w:tr>
      <w:tr w:rsidR="00B201AD" w14:paraId="0B5C95A4" w14:textId="77777777" w:rsidTr="6B19C7D4">
        <w:tc>
          <w:tcPr>
            <w:tcW w:w="1667" w:type="pct"/>
          </w:tcPr>
          <w:p w14:paraId="0B0B51B6" w14:textId="77777777" w:rsidR="00B201AD" w:rsidRDefault="00B201AD" w:rsidP="008A3C00">
            <w:pPr>
              <w:contextualSpacing/>
            </w:pPr>
          </w:p>
        </w:tc>
        <w:tc>
          <w:tcPr>
            <w:tcW w:w="1302" w:type="pct"/>
          </w:tcPr>
          <w:p w14:paraId="4C4A7CEC" w14:textId="77777777" w:rsidR="00B201AD" w:rsidRDefault="00B201AD" w:rsidP="008A3C00">
            <w:pPr>
              <w:contextualSpacing/>
            </w:pPr>
          </w:p>
        </w:tc>
        <w:tc>
          <w:tcPr>
            <w:tcW w:w="2031" w:type="pct"/>
          </w:tcPr>
          <w:p w14:paraId="60A7405A" w14:textId="77777777" w:rsidR="00B201AD" w:rsidRDefault="00B201AD" w:rsidP="008A3C00">
            <w:pPr>
              <w:contextualSpacing/>
            </w:pPr>
          </w:p>
        </w:tc>
      </w:tr>
      <w:tr w:rsidR="00B201AD" w14:paraId="4B9EF5F4" w14:textId="77777777" w:rsidTr="6B19C7D4">
        <w:tc>
          <w:tcPr>
            <w:tcW w:w="5000" w:type="pct"/>
            <w:gridSpan w:val="3"/>
            <w:shd w:val="clear" w:color="auto" w:fill="F2F2F2" w:themeFill="background1" w:themeFillShade="F2"/>
          </w:tcPr>
          <w:p w14:paraId="5AF3876B" w14:textId="25E85ACE" w:rsidR="00B201AD" w:rsidRPr="000A32DE" w:rsidRDefault="00B201AD" w:rsidP="00B201AD">
            <w:pPr>
              <w:contextualSpacing/>
              <w:jc w:val="center"/>
              <w:rPr>
                <w:b/>
                <w:bCs/>
              </w:rPr>
            </w:pPr>
            <w:r w:rsidRPr="000A32DE">
              <w:rPr>
                <w:b/>
                <w:bCs/>
              </w:rPr>
              <w:t xml:space="preserve">Fellowship </w:t>
            </w:r>
            <w:r w:rsidR="007567A6">
              <w:rPr>
                <w:b/>
                <w:bCs/>
              </w:rPr>
              <w:t xml:space="preserve">or Post-Graduate </w:t>
            </w:r>
            <w:r w:rsidRPr="000A32DE">
              <w:rPr>
                <w:b/>
                <w:bCs/>
              </w:rPr>
              <w:t>Training (Max 10 pts)</w:t>
            </w:r>
          </w:p>
        </w:tc>
      </w:tr>
      <w:tr w:rsidR="00B201AD" w14:paraId="043C14BA" w14:textId="77777777" w:rsidTr="6B19C7D4">
        <w:tc>
          <w:tcPr>
            <w:tcW w:w="1667" w:type="pct"/>
          </w:tcPr>
          <w:p w14:paraId="6E93ECC0" w14:textId="77777777" w:rsidR="00B201AD" w:rsidRPr="000A32DE" w:rsidRDefault="00B201AD" w:rsidP="008A3C00">
            <w:pPr>
              <w:contextualSpacing/>
              <w:rPr>
                <w:b/>
                <w:bCs/>
              </w:rPr>
            </w:pPr>
            <w:r w:rsidRPr="000A32DE">
              <w:rPr>
                <w:b/>
                <w:bCs/>
              </w:rPr>
              <w:t>Role</w:t>
            </w:r>
          </w:p>
        </w:tc>
        <w:tc>
          <w:tcPr>
            <w:tcW w:w="1302" w:type="pct"/>
          </w:tcPr>
          <w:p w14:paraId="3BEE71EB" w14:textId="77777777" w:rsidR="00B201AD" w:rsidRPr="000A32DE" w:rsidRDefault="00B201AD" w:rsidP="008A3C00">
            <w:pPr>
              <w:contextualSpacing/>
              <w:rPr>
                <w:b/>
                <w:bCs/>
              </w:rPr>
            </w:pPr>
            <w:r w:rsidRPr="000A32DE">
              <w:rPr>
                <w:b/>
                <w:bCs/>
              </w:rPr>
              <w:t>Dates</w:t>
            </w:r>
          </w:p>
        </w:tc>
        <w:tc>
          <w:tcPr>
            <w:tcW w:w="2031" w:type="pct"/>
          </w:tcPr>
          <w:p w14:paraId="45951B10" w14:textId="4E98E4A9" w:rsidR="00B201AD" w:rsidRPr="000A32DE" w:rsidRDefault="00B201AD" w:rsidP="008A3C00">
            <w:pPr>
              <w:contextualSpacing/>
              <w:rPr>
                <w:b/>
                <w:bCs/>
              </w:rPr>
            </w:pPr>
            <w:r w:rsidRPr="000A32DE">
              <w:rPr>
                <w:b/>
                <w:bCs/>
              </w:rPr>
              <w:t>Number of Fellows</w:t>
            </w:r>
          </w:p>
        </w:tc>
      </w:tr>
      <w:tr w:rsidR="00B201AD" w14:paraId="28955509" w14:textId="77777777" w:rsidTr="6B19C7D4">
        <w:tc>
          <w:tcPr>
            <w:tcW w:w="1667" w:type="pct"/>
          </w:tcPr>
          <w:p w14:paraId="15ADDA24" w14:textId="33D37758" w:rsidR="00B201AD" w:rsidRDefault="00B201AD" w:rsidP="008A3C00">
            <w:pPr>
              <w:contextualSpacing/>
            </w:pPr>
          </w:p>
        </w:tc>
        <w:tc>
          <w:tcPr>
            <w:tcW w:w="1302" w:type="pct"/>
          </w:tcPr>
          <w:p w14:paraId="49965D49" w14:textId="77777777" w:rsidR="00B201AD" w:rsidRDefault="00B201AD" w:rsidP="008A3C00">
            <w:pPr>
              <w:contextualSpacing/>
            </w:pPr>
          </w:p>
        </w:tc>
        <w:tc>
          <w:tcPr>
            <w:tcW w:w="2031" w:type="pct"/>
          </w:tcPr>
          <w:p w14:paraId="28859AEE" w14:textId="77777777" w:rsidR="00B201AD" w:rsidRDefault="00B201AD" w:rsidP="008A3C00">
            <w:pPr>
              <w:contextualSpacing/>
            </w:pPr>
          </w:p>
        </w:tc>
      </w:tr>
      <w:tr w:rsidR="00B201AD" w14:paraId="1694FBD5" w14:textId="77777777" w:rsidTr="6B19C7D4">
        <w:tc>
          <w:tcPr>
            <w:tcW w:w="1667" w:type="pct"/>
          </w:tcPr>
          <w:p w14:paraId="0DD8A0E1" w14:textId="77777777" w:rsidR="00B201AD" w:rsidRDefault="00B201AD" w:rsidP="008A3C00">
            <w:pPr>
              <w:contextualSpacing/>
            </w:pPr>
          </w:p>
        </w:tc>
        <w:tc>
          <w:tcPr>
            <w:tcW w:w="1302" w:type="pct"/>
          </w:tcPr>
          <w:p w14:paraId="4AA09913" w14:textId="77777777" w:rsidR="00B201AD" w:rsidRDefault="00B201AD" w:rsidP="008A3C00">
            <w:pPr>
              <w:contextualSpacing/>
            </w:pPr>
          </w:p>
        </w:tc>
        <w:tc>
          <w:tcPr>
            <w:tcW w:w="2031" w:type="pct"/>
          </w:tcPr>
          <w:p w14:paraId="0E1D56BB" w14:textId="77777777" w:rsidR="00B201AD" w:rsidRDefault="00B201AD" w:rsidP="008A3C00">
            <w:pPr>
              <w:contextualSpacing/>
            </w:pPr>
          </w:p>
        </w:tc>
      </w:tr>
      <w:tr w:rsidR="00B201AD" w14:paraId="2CE588B1" w14:textId="77777777" w:rsidTr="6B19C7D4">
        <w:tc>
          <w:tcPr>
            <w:tcW w:w="1667" w:type="pct"/>
          </w:tcPr>
          <w:p w14:paraId="1A04BADE" w14:textId="77777777" w:rsidR="00B201AD" w:rsidRDefault="00B201AD" w:rsidP="008A3C00">
            <w:pPr>
              <w:contextualSpacing/>
            </w:pPr>
          </w:p>
        </w:tc>
        <w:tc>
          <w:tcPr>
            <w:tcW w:w="1302" w:type="pct"/>
          </w:tcPr>
          <w:p w14:paraId="4281949D" w14:textId="77777777" w:rsidR="00B201AD" w:rsidRDefault="00B201AD" w:rsidP="008A3C00">
            <w:pPr>
              <w:contextualSpacing/>
            </w:pPr>
          </w:p>
        </w:tc>
        <w:tc>
          <w:tcPr>
            <w:tcW w:w="2031" w:type="pct"/>
          </w:tcPr>
          <w:p w14:paraId="002F2D32" w14:textId="77777777" w:rsidR="00B201AD" w:rsidRDefault="00B201AD" w:rsidP="008A3C00">
            <w:pPr>
              <w:contextualSpacing/>
            </w:pPr>
          </w:p>
        </w:tc>
      </w:tr>
      <w:tr w:rsidR="00B201AD" w14:paraId="4BE9A6CC" w14:textId="77777777" w:rsidTr="6B19C7D4">
        <w:tc>
          <w:tcPr>
            <w:tcW w:w="5000" w:type="pct"/>
            <w:gridSpan w:val="3"/>
            <w:shd w:val="clear" w:color="auto" w:fill="F2F2F2" w:themeFill="background1" w:themeFillShade="F2"/>
          </w:tcPr>
          <w:p w14:paraId="658F7789" w14:textId="260DC60F" w:rsidR="00B201AD" w:rsidRPr="000A32DE" w:rsidRDefault="65D93082" w:rsidP="00B201AD">
            <w:pPr>
              <w:contextualSpacing/>
              <w:jc w:val="center"/>
              <w:rPr>
                <w:b/>
                <w:bCs/>
              </w:rPr>
            </w:pPr>
            <w:r w:rsidRPr="6B19C7D4">
              <w:rPr>
                <w:b/>
                <w:bCs/>
              </w:rPr>
              <w:t xml:space="preserve"> Didactic</w:t>
            </w:r>
            <w:r w:rsidR="179D322E" w:rsidRPr="6B19C7D4">
              <w:rPr>
                <w:b/>
                <w:bCs/>
              </w:rPr>
              <w:t xml:space="preserve"> Teaching Activity (Max 1</w:t>
            </w:r>
            <w:r w:rsidR="000B73B1">
              <w:rPr>
                <w:b/>
                <w:bCs/>
              </w:rPr>
              <w:t>0</w:t>
            </w:r>
            <w:r w:rsidR="179D322E" w:rsidRPr="6B19C7D4">
              <w:rPr>
                <w:b/>
                <w:bCs/>
              </w:rPr>
              <w:t xml:space="preserve"> pts)</w:t>
            </w:r>
          </w:p>
        </w:tc>
      </w:tr>
      <w:tr w:rsidR="00B201AD" w14:paraId="6C4863F5" w14:textId="77777777" w:rsidTr="6B19C7D4">
        <w:tc>
          <w:tcPr>
            <w:tcW w:w="1667" w:type="pct"/>
          </w:tcPr>
          <w:p w14:paraId="7E9EC8DD" w14:textId="0AC6D248" w:rsidR="00B201AD" w:rsidRPr="000A32DE" w:rsidRDefault="00A42DAF" w:rsidP="008A3C00">
            <w:pPr>
              <w:contextualSpacing/>
              <w:rPr>
                <w:b/>
                <w:bCs/>
              </w:rPr>
            </w:pPr>
            <w:r>
              <w:rPr>
                <w:b/>
                <w:bCs/>
              </w:rPr>
              <w:t>Course Title or Lecture</w:t>
            </w:r>
            <w:r w:rsidR="00B201AD">
              <w:rPr>
                <w:b/>
                <w:bCs/>
              </w:rPr>
              <w:t xml:space="preserve"> </w:t>
            </w:r>
          </w:p>
        </w:tc>
        <w:tc>
          <w:tcPr>
            <w:tcW w:w="1302" w:type="pct"/>
          </w:tcPr>
          <w:p w14:paraId="2C8CD2C7" w14:textId="77777777" w:rsidR="00B201AD" w:rsidRPr="000A32DE" w:rsidRDefault="00B201AD" w:rsidP="008A3C00">
            <w:pPr>
              <w:contextualSpacing/>
              <w:rPr>
                <w:b/>
                <w:bCs/>
              </w:rPr>
            </w:pPr>
            <w:r w:rsidRPr="000A32DE">
              <w:rPr>
                <w:b/>
                <w:bCs/>
              </w:rPr>
              <w:t>Dates</w:t>
            </w:r>
          </w:p>
        </w:tc>
        <w:tc>
          <w:tcPr>
            <w:tcW w:w="2031" w:type="pct"/>
          </w:tcPr>
          <w:p w14:paraId="317EE5F3" w14:textId="2A211FE4" w:rsidR="00B201AD" w:rsidRPr="000A32DE" w:rsidRDefault="00C34E3A" w:rsidP="008A3C00">
            <w:pPr>
              <w:contextualSpacing/>
              <w:rPr>
                <w:b/>
                <w:bCs/>
              </w:rPr>
            </w:pPr>
            <w:r>
              <w:rPr>
                <w:b/>
                <w:bCs/>
              </w:rPr>
              <w:t xml:space="preserve">Teaching </w:t>
            </w:r>
            <w:r w:rsidR="00A42DAF">
              <w:rPr>
                <w:b/>
                <w:bCs/>
              </w:rPr>
              <w:t>Hours</w:t>
            </w:r>
          </w:p>
        </w:tc>
      </w:tr>
      <w:tr w:rsidR="00B201AD" w14:paraId="4AA8E068" w14:textId="77777777" w:rsidTr="6B19C7D4">
        <w:tc>
          <w:tcPr>
            <w:tcW w:w="1667" w:type="pct"/>
          </w:tcPr>
          <w:p w14:paraId="2B94EE8B" w14:textId="77777777" w:rsidR="00B201AD" w:rsidRDefault="00B201AD" w:rsidP="008A3C00">
            <w:pPr>
              <w:contextualSpacing/>
            </w:pPr>
          </w:p>
        </w:tc>
        <w:tc>
          <w:tcPr>
            <w:tcW w:w="1302" w:type="pct"/>
          </w:tcPr>
          <w:p w14:paraId="0B9016A0" w14:textId="77777777" w:rsidR="00B201AD" w:rsidRDefault="00B201AD" w:rsidP="008A3C00">
            <w:pPr>
              <w:contextualSpacing/>
            </w:pPr>
          </w:p>
        </w:tc>
        <w:tc>
          <w:tcPr>
            <w:tcW w:w="2031" w:type="pct"/>
          </w:tcPr>
          <w:p w14:paraId="31C0C095" w14:textId="77777777" w:rsidR="00B201AD" w:rsidRDefault="00B201AD" w:rsidP="008A3C00">
            <w:pPr>
              <w:contextualSpacing/>
            </w:pPr>
          </w:p>
        </w:tc>
      </w:tr>
      <w:tr w:rsidR="00B201AD" w14:paraId="10C51589" w14:textId="77777777" w:rsidTr="6B19C7D4">
        <w:tc>
          <w:tcPr>
            <w:tcW w:w="1667" w:type="pct"/>
          </w:tcPr>
          <w:p w14:paraId="18669E63" w14:textId="77777777" w:rsidR="00B201AD" w:rsidRDefault="00B201AD" w:rsidP="008A3C00">
            <w:pPr>
              <w:contextualSpacing/>
            </w:pPr>
          </w:p>
        </w:tc>
        <w:tc>
          <w:tcPr>
            <w:tcW w:w="1302" w:type="pct"/>
          </w:tcPr>
          <w:p w14:paraId="33D6ECBF" w14:textId="77777777" w:rsidR="00B201AD" w:rsidRDefault="00B201AD" w:rsidP="008A3C00">
            <w:pPr>
              <w:contextualSpacing/>
            </w:pPr>
          </w:p>
        </w:tc>
        <w:tc>
          <w:tcPr>
            <w:tcW w:w="2031" w:type="pct"/>
          </w:tcPr>
          <w:p w14:paraId="57451861" w14:textId="77777777" w:rsidR="00B201AD" w:rsidRDefault="00B201AD" w:rsidP="008A3C00">
            <w:pPr>
              <w:contextualSpacing/>
            </w:pPr>
          </w:p>
        </w:tc>
      </w:tr>
      <w:tr w:rsidR="00B201AD" w14:paraId="2007C956" w14:textId="77777777" w:rsidTr="6B19C7D4">
        <w:tc>
          <w:tcPr>
            <w:tcW w:w="1667" w:type="pct"/>
          </w:tcPr>
          <w:p w14:paraId="3D25F7AB" w14:textId="77777777" w:rsidR="00B201AD" w:rsidRDefault="00B201AD" w:rsidP="008A3C00">
            <w:pPr>
              <w:contextualSpacing/>
            </w:pPr>
          </w:p>
        </w:tc>
        <w:tc>
          <w:tcPr>
            <w:tcW w:w="1302" w:type="pct"/>
          </w:tcPr>
          <w:p w14:paraId="749B340F" w14:textId="77777777" w:rsidR="00B201AD" w:rsidRDefault="00B201AD" w:rsidP="008A3C00">
            <w:pPr>
              <w:contextualSpacing/>
            </w:pPr>
          </w:p>
        </w:tc>
        <w:tc>
          <w:tcPr>
            <w:tcW w:w="2031" w:type="pct"/>
          </w:tcPr>
          <w:p w14:paraId="01291498" w14:textId="77777777" w:rsidR="00B201AD" w:rsidRDefault="00B201AD" w:rsidP="008A3C00">
            <w:pPr>
              <w:contextualSpacing/>
            </w:pPr>
          </w:p>
        </w:tc>
      </w:tr>
      <w:tr w:rsidR="00B201AD" w14:paraId="39CB66FF" w14:textId="77777777" w:rsidTr="6B19C7D4">
        <w:tc>
          <w:tcPr>
            <w:tcW w:w="5000" w:type="pct"/>
            <w:gridSpan w:val="3"/>
            <w:shd w:val="clear" w:color="auto" w:fill="F2F2F2" w:themeFill="background1" w:themeFillShade="F2"/>
          </w:tcPr>
          <w:p w14:paraId="258D538F" w14:textId="56AE18C5" w:rsidR="00B201AD" w:rsidRPr="000A32DE" w:rsidRDefault="00B201AD" w:rsidP="00B201AD">
            <w:pPr>
              <w:contextualSpacing/>
              <w:jc w:val="center"/>
              <w:rPr>
                <w:b/>
                <w:bCs/>
              </w:rPr>
            </w:pPr>
            <w:r>
              <w:rPr>
                <w:b/>
                <w:bCs/>
              </w:rPr>
              <w:t>Accredited Continuing Education Programs</w:t>
            </w:r>
            <w:r w:rsidRPr="000A32DE">
              <w:rPr>
                <w:b/>
                <w:bCs/>
              </w:rPr>
              <w:t xml:space="preserve"> (Max </w:t>
            </w:r>
            <w:r w:rsidR="000B73B1">
              <w:rPr>
                <w:b/>
                <w:bCs/>
              </w:rPr>
              <w:t>15</w:t>
            </w:r>
            <w:r w:rsidRPr="000A32DE">
              <w:rPr>
                <w:b/>
                <w:bCs/>
              </w:rPr>
              <w:t xml:space="preserve"> pts)</w:t>
            </w:r>
            <w:r w:rsidR="0021121A">
              <w:rPr>
                <w:b/>
                <w:bCs/>
              </w:rPr>
              <w:t xml:space="preserve"> </w:t>
            </w:r>
          </w:p>
        </w:tc>
      </w:tr>
      <w:tr w:rsidR="00B201AD" w14:paraId="2F3966C0" w14:textId="77777777" w:rsidTr="6B19C7D4">
        <w:tc>
          <w:tcPr>
            <w:tcW w:w="1667" w:type="pct"/>
          </w:tcPr>
          <w:p w14:paraId="1C4EF275" w14:textId="32D48528" w:rsidR="00B201AD" w:rsidRDefault="00A42DAF" w:rsidP="00DD79DA">
            <w:pPr>
              <w:contextualSpacing/>
              <w:rPr>
                <w:b/>
                <w:bCs/>
              </w:rPr>
            </w:pPr>
            <w:r>
              <w:rPr>
                <w:b/>
                <w:bCs/>
              </w:rPr>
              <w:t>Program Title</w:t>
            </w:r>
            <w:r w:rsidR="00817AD4">
              <w:rPr>
                <w:b/>
                <w:bCs/>
              </w:rPr>
              <w:t xml:space="preserve"> and Credit Hours</w:t>
            </w:r>
            <w:r w:rsidR="000B5C8D">
              <w:rPr>
                <w:b/>
                <w:bCs/>
              </w:rPr>
              <w:t xml:space="preserve"> (please </w:t>
            </w:r>
            <w:r w:rsidR="007D00D5">
              <w:rPr>
                <w:b/>
                <w:bCs/>
              </w:rPr>
              <w:t>the</w:t>
            </w:r>
            <w:r w:rsidR="00D43391">
              <w:rPr>
                <w:b/>
                <w:bCs/>
              </w:rPr>
              <w:t xml:space="preserve"> affiliated</w:t>
            </w:r>
            <w:r w:rsidR="000B5C8D">
              <w:rPr>
                <w:b/>
                <w:bCs/>
              </w:rPr>
              <w:t xml:space="preserve"> organization)</w:t>
            </w:r>
          </w:p>
          <w:p w14:paraId="09C49F27" w14:textId="33BC63EE" w:rsidR="00B201AD" w:rsidRDefault="00B201AD" w:rsidP="00DD79DA">
            <w:pPr>
              <w:contextualSpacing/>
            </w:pPr>
          </w:p>
        </w:tc>
        <w:tc>
          <w:tcPr>
            <w:tcW w:w="1302" w:type="pct"/>
          </w:tcPr>
          <w:p w14:paraId="571A499F" w14:textId="2206E30B" w:rsidR="00B201AD" w:rsidRDefault="00B201AD" w:rsidP="00DD79DA">
            <w:pPr>
              <w:contextualSpacing/>
            </w:pPr>
            <w:r w:rsidRPr="000A32DE">
              <w:rPr>
                <w:b/>
                <w:bCs/>
              </w:rPr>
              <w:t>Dates</w:t>
            </w:r>
          </w:p>
        </w:tc>
        <w:tc>
          <w:tcPr>
            <w:tcW w:w="2031" w:type="pct"/>
          </w:tcPr>
          <w:p w14:paraId="26874A48" w14:textId="13F64F0C" w:rsidR="00B201AD" w:rsidRDefault="00A42DAF" w:rsidP="00DD79DA">
            <w:pPr>
              <w:contextualSpacing/>
            </w:pPr>
            <w:r>
              <w:rPr>
                <w:b/>
                <w:bCs/>
              </w:rPr>
              <w:t xml:space="preserve">Accrediting Body </w:t>
            </w:r>
            <w:r>
              <w:rPr>
                <w:b/>
                <w:bCs/>
              </w:rPr>
              <w:br/>
            </w:r>
            <w:r>
              <w:t>(e.g., ACPE, ACCME, AANC)</w:t>
            </w:r>
          </w:p>
        </w:tc>
      </w:tr>
      <w:tr w:rsidR="00B201AD" w14:paraId="03F117F2" w14:textId="77777777" w:rsidTr="6B19C7D4">
        <w:tc>
          <w:tcPr>
            <w:tcW w:w="1667" w:type="pct"/>
          </w:tcPr>
          <w:p w14:paraId="59FE4DBD" w14:textId="77777777" w:rsidR="00B201AD" w:rsidRDefault="00B201AD" w:rsidP="00DD79DA">
            <w:pPr>
              <w:contextualSpacing/>
            </w:pPr>
          </w:p>
        </w:tc>
        <w:tc>
          <w:tcPr>
            <w:tcW w:w="1302" w:type="pct"/>
          </w:tcPr>
          <w:p w14:paraId="0BF92F65" w14:textId="77777777" w:rsidR="00B201AD" w:rsidRDefault="00B201AD" w:rsidP="00DD79DA">
            <w:pPr>
              <w:contextualSpacing/>
            </w:pPr>
          </w:p>
        </w:tc>
        <w:tc>
          <w:tcPr>
            <w:tcW w:w="2031" w:type="pct"/>
          </w:tcPr>
          <w:p w14:paraId="719BE019" w14:textId="77777777" w:rsidR="00B201AD" w:rsidRDefault="00B201AD" w:rsidP="00DD79DA">
            <w:pPr>
              <w:contextualSpacing/>
            </w:pPr>
          </w:p>
        </w:tc>
      </w:tr>
      <w:tr w:rsidR="00B201AD" w14:paraId="7BEFD56E" w14:textId="77777777" w:rsidTr="6B19C7D4">
        <w:tc>
          <w:tcPr>
            <w:tcW w:w="1667" w:type="pct"/>
          </w:tcPr>
          <w:p w14:paraId="7D728408" w14:textId="77777777" w:rsidR="00B201AD" w:rsidRDefault="00B201AD" w:rsidP="00DD79DA">
            <w:pPr>
              <w:contextualSpacing/>
            </w:pPr>
          </w:p>
        </w:tc>
        <w:tc>
          <w:tcPr>
            <w:tcW w:w="1302" w:type="pct"/>
          </w:tcPr>
          <w:p w14:paraId="2D40234A" w14:textId="77777777" w:rsidR="00B201AD" w:rsidRDefault="00B201AD" w:rsidP="00DD79DA">
            <w:pPr>
              <w:contextualSpacing/>
            </w:pPr>
          </w:p>
        </w:tc>
        <w:tc>
          <w:tcPr>
            <w:tcW w:w="2031" w:type="pct"/>
          </w:tcPr>
          <w:p w14:paraId="10969571" w14:textId="77777777" w:rsidR="00B201AD" w:rsidRDefault="00B201AD" w:rsidP="00DD79DA">
            <w:pPr>
              <w:contextualSpacing/>
            </w:pPr>
          </w:p>
        </w:tc>
      </w:tr>
      <w:tr w:rsidR="00B201AD" w14:paraId="5CDFF207" w14:textId="77777777" w:rsidTr="6B19C7D4">
        <w:tc>
          <w:tcPr>
            <w:tcW w:w="1667" w:type="pct"/>
          </w:tcPr>
          <w:p w14:paraId="2D3E0CB7" w14:textId="77777777" w:rsidR="00B201AD" w:rsidRDefault="00B201AD" w:rsidP="00DD79DA">
            <w:pPr>
              <w:contextualSpacing/>
            </w:pPr>
          </w:p>
        </w:tc>
        <w:tc>
          <w:tcPr>
            <w:tcW w:w="1302" w:type="pct"/>
          </w:tcPr>
          <w:p w14:paraId="407A9415" w14:textId="77777777" w:rsidR="00B201AD" w:rsidRDefault="00B201AD" w:rsidP="00DD79DA">
            <w:pPr>
              <w:contextualSpacing/>
            </w:pPr>
          </w:p>
        </w:tc>
        <w:tc>
          <w:tcPr>
            <w:tcW w:w="2031" w:type="pct"/>
          </w:tcPr>
          <w:p w14:paraId="398FCE09" w14:textId="77777777" w:rsidR="00B201AD" w:rsidRDefault="00B201AD" w:rsidP="00DD79DA">
            <w:pPr>
              <w:contextualSpacing/>
            </w:pPr>
          </w:p>
        </w:tc>
      </w:tr>
      <w:tr w:rsidR="00B201AD" w14:paraId="7F195DD7" w14:textId="77777777" w:rsidTr="6B19C7D4">
        <w:tc>
          <w:tcPr>
            <w:tcW w:w="5000" w:type="pct"/>
            <w:gridSpan w:val="3"/>
            <w:shd w:val="clear" w:color="auto" w:fill="F2F2F2" w:themeFill="background1" w:themeFillShade="F2"/>
          </w:tcPr>
          <w:p w14:paraId="648C8D66" w14:textId="57C619D3" w:rsidR="00B201AD" w:rsidRPr="000A32DE" w:rsidRDefault="00B201AD" w:rsidP="00B201AD">
            <w:pPr>
              <w:contextualSpacing/>
              <w:jc w:val="center"/>
              <w:rPr>
                <w:b/>
                <w:bCs/>
              </w:rPr>
            </w:pPr>
            <w:r w:rsidRPr="000A32DE">
              <w:rPr>
                <w:b/>
                <w:bCs/>
              </w:rPr>
              <w:t>Teaching Award/Honor</w:t>
            </w:r>
            <w:r>
              <w:rPr>
                <w:b/>
                <w:bCs/>
              </w:rPr>
              <w:t xml:space="preserve"> </w:t>
            </w:r>
            <w:r w:rsidRPr="000A32DE">
              <w:rPr>
                <w:b/>
                <w:bCs/>
              </w:rPr>
              <w:t xml:space="preserve">(Max </w:t>
            </w:r>
            <w:r w:rsidR="004E3C3E">
              <w:rPr>
                <w:b/>
                <w:bCs/>
              </w:rPr>
              <w:t>5</w:t>
            </w:r>
            <w:r w:rsidRPr="000A32DE">
              <w:rPr>
                <w:b/>
                <w:bCs/>
              </w:rPr>
              <w:t xml:space="preserve"> pts)</w:t>
            </w:r>
          </w:p>
        </w:tc>
      </w:tr>
      <w:tr w:rsidR="00B201AD" w14:paraId="1DACA095" w14:textId="77777777" w:rsidTr="6B19C7D4">
        <w:tc>
          <w:tcPr>
            <w:tcW w:w="1667" w:type="pct"/>
          </w:tcPr>
          <w:p w14:paraId="70F41775" w14:textId="77777777" w:rsidR="00B201AD" w:rsidRDefault="00B201AD" w:rsidP="00DD79DA">
            <w:pPr>
              <w:contextualSpacing/>
              <w:rPr>
                <w:b/>
                <w:bCs/>
              </w:rPr>
            </w:pPr>
            <w:r w:rsidRPr="000A32DE">
              <w:rPr>
                <w:b/>
                <w:bCs/>
              </w:rPr>
              <w:t>Awarding Body</w:t>
            </w:r>
          </w:p>
          <w:p w14:paraId="1F8F789C" w14:textId="5B7FB3AF" w:rsidR="00B201AD" w:rsidRPr="000A32DE" w:rsidRDefault="00B201AD" w:rsidP="00DD79DA">
            <w:pPr>
              <w:contextualSpacing/>
              <w:rPr>
                <w:b/>
                <w:bCs/>
              </w:rPr>
            </w:pPr>
          </w:p>
        </w:tc>
        <w:tc>
          <w:tcPr>
            <w:tcW w:w="1302" w:type="pct"/>
          </w:tcPr>
          <w:p w14:paraId="5E12BE0E" w14:textId="77777777" w:rsidR="00B201AD" w:rsidRPr="000A32DE" w:rsidRDefault="00B201AD" w:rsidP="00DD79DA">
            <w:pPr>
              <w:contextualSpacing/>
              <w:rPr>
                <w:b/>
                <w:bCs/>
              </w:rPr>
            </w:pPr>
            <w:r w:rsidRPr="000A32DE">
              <w:rPr>
                <w:b/>
                <w:bCs/>
              </w:rPr>
              <w:t>Year</w:t>
            </w:r>
          </w:p>
        </w:tc>
        <w:tc>
          <w:tcPr>
            <w:tcW w:w="2031" w:type="pct"/>
          </w:tcPr>
          <w:p w14:paraId="10120092" w14:textId="3088127F" w:rsidR="00B201AD" w:rsidRPr="000A32DE" w:rsidRDefault="00A42DAF" w:rsidP="00DD79DA">
            <w:pPr>
              <w:contextualSpacing/>
              <w:rPr>
                <w:b/>
                <w:bCs/>
              </w:rPr>
            </w:pPr>
            <w:r>
              <w:rPr>
                <w:b/>
                <w:bCs/>
              </w:rPr>
              <w:t xml:space="preserve">Award </w:t>
            </w:r>
            <w:r w:rsidR="00B201AD" w:rsidRPr="000A32DE">
              <w:rPr>
                <w:b/>
                <w:bCs/>
              </w:rPr>
              <w:t xml:space="preserve">Description </w:t>
            </w:r>
            <w:r w:rsidR="00B201AD">
              <w:rPr>
                <w:b/>
                <w:bCs/>
              </w:rPr>
              <w:br/>
            </w:r>
          </w:p>
        </w:tc>
      </w:tr>
      <w:tr w:rsidR="00B201AD" w14:paraId="14ACEF72" w14:textId="77777777" w:rsidTr="6B19C7D4">
        <w:tc>
          <w:tcPr>
            <w:tcW w:w="1667" w:type="pct"/>
          </w:tcPr>
          <w:p w14:paraId="48BF34E9" w14:textId="77777777" w:rsidR="00B201AD" w:rsidRDefault="00B201AD" w:rsidP="00DD79DA">
            <w:pPr>
              <w:contextualSpacing/>
            </w:pPr>
          </w:p>
        </w:tc>
        <w:tc>
          <w:tcPr>
            <w:tcW w:w="1302" w:type="pct"/>
          </w:tcPr>
          <w:p w14:paraId="6A5DB2D3" w14:textId="77777777" w:rsidR="00B201AD" w:rsidRDefault="00B201AD" w:rsidP="00DD79DA">
            <w:pPr>
              <w:contextualSpacing/>
            </w:pPr>
          </w:p>
        </w:tc>
        <w:tc>
          <w:tcPr>
            <w:tcW w:w="2031" w:type="pct"/>
          </w:tcPr>
          <w:p w14:paraId="27A233E0" w14:textId="77777777" w:rsidR="00B201AD" w:rsidRDefault="00B201AD" w:rsidP="00DD79DA">
            <w:pPr>
              <w:contextualSpacing/>
            </w:pPr>
          </w:p>
        </w:tc>
      </w:tr>
      <w:tr w:rsidR="00B201AD" w14:paraId="24F2EA63" w14:textId="77777777" w:rsidTr="6B19C7D4">
        <w:tc>
          <w:tcPr>
            <w:tcW w:w="1667" w:type="pct"/>
          </w:tcPr>
          <w:p w14:paraId="1A4D071B" w14:textId="77777777" w:rsidR="00B201AD" w:rsidRDefault="00B201AD" w:rsidP="00DD79DA">
            <w:pPr>
              <w:contextualSpacing/>
            </w:pPr>
          </w:p>
        </w:tc>
        <w:tc>
          <w:tcPr>
            <w:tcW w:w="1302" w:type="pct"/>
          </w:tcPr>
          <w:p w14:paraId="1816572D" w14:textId="77777777" w:rsidR="00B201AD" w:rsidRDefault="00B201AD" w:rsidP="00DD79DA">
            <w:pPr>
              <w:contextualSpacing/>
            </w:pPr>
          </w:p>
        </w:tc>
        <w:tc>
          <w:tcPr>
            <w:tcW w:w="2031" w:type="pct"/>
          </w:tcPr>
          <w:p w14:paraId="2C1B0DF3" w14:textId="77777777" w:rsidR="00B201AD" w:rsidRDefault="00B201AD" w:rsidP="00DD79DA">
            <w:pPr>
              <w:contextualSpacing/>
            </w:pPr>
          </w:p>
        </w:tc>
      </w:tr>
      <w:tr w:rsidR="00B201AD" w14:paraId="78B8FB2A" w14:textId="77777777" w:rsidTr="6B19C7D4">
        <w:tc>
          <w:tcPr>
            <w:tcW w:w="1667" w:type="pct"/>
          </w:tcPr>
          <w:p w14:paraId="7C1B06C2" w14:textId="77777777" w:rsidR="00B201AD" w:rsidRDefault="00B201AD" w:rsidP="00DD79DA">
            <w:pPr>
              <w:contextualSpacing/>
            </w:pPr>
          </w:p>
        </w:tc>
        <w:tc>
          <w:tcPr>
            <w:tcW w:w="1302" w:type="pct"/>
          </w:tcPr>
          <w:p w14:paraId="33DF4A7F" w14:textId="77777777" w:rsidR="00B201AD" w:rsidRDefault="00B201AD" w:rsidP="00DD79DA">
            <w:pPr>
              <w:contextualSpacing/>
            </w:pPr>
          </w:p>
        </w:tc>
        <w:tc>
          <w:tcPr>
            <w:tcW w:w="2031" w:type="pct"/>
          </w:tcPr>
          <w:p w14:paraId="1839B3F2" w14:textId="77777777" w:rsidR="00B201AD" w:rsidRDefault="00B201AD" w:rsidP="00DD79DA">
            <w:pPr>
              <w:contextualSpacing/>
            </w:pPr>
          </w:p>
        </w:tc>
      </w:tr>
    </w:tbl>
    <w:p w14:paraId="1A331FDD" w14:textId="77777777" w:rsidR="00466EAC" w:rsidRDefault="00466EAC" w:rsidP="008A3C00">
      <w:pPr>
        <w:pStyle w:val="Heading2"/>
        <w:spacing w:before="0" w:line="240" w:lineRule="auto"/>
        <w:contextualSpacing/>
      </w:pPr>
    </w:p>
    <w:p w14:paraId="31D2B0D8" w14:textId="7A5F4B95" w:rsidR="008B4471" w:rsidRDefault="00370D72" w:rsidP="008A3C00">
      <w:pPr>
        <w:pStyle w:val="Heading2"/>
        <w:spacing w:before="0" w:line="240" w:lineRule="auto"/>
        <w:contextualSpacing/>
      </w:pPr>
      <w:r>
        <w:t xml:space="preserve">Section V: </w:t>
      </w:r>
      <w:r w:rsidR="007A3E17">
        <w:t xml:space="preserve">Professional </w:t>
      </w:r>
      <w:r w:rsidR="004375CB">
        <w:t xml:space="preserve">Leadership (Max </w:t>
      </w:r>
      <w:r w:rsidR="00A24F2A">
        <w:t>6</w:t>
      </w:r>
      <w:r w:rsidR="000B73B1">
        <w:t>5</w:t>
      </w:r>
      <w:r w:rsidR="004375CB">
        <w:t xml:space="preserve"> points)</w:t>
      </w:r>
    </w:p>
    <w:p w14:paraId="7AD71F03" w14:textId="767BA7C9" w:rsidR="008B4471" w:rsidRDefault="00CD3451" w:rsidP="008A3C00">
      <w:pPr>
        <w:spacing w:after="0" w:line="240" w:lineRule="auto"/>
        <w:contextualSpacing/>
      </w:pPr>
      <w:r>
        <w:t xml:space="preserve">This </w:t>
      </w:r>
      <w:r w:rsidR="00466EAC">
        <w:t>section</w:t>
      </w:r>
      <w:r>
        <w:t xml:space="preserve"> captures leadership roles in SPPCP and external organizations. Applicants should highlight</w:t>
      </w:r>
      <w:r w:rsidR="007A3E17">
        <w:t xml:space="preserve"> leadership</w:t>
      </w:r>
      <w:r>
        <w:t xml:space="preserve"> positions</w:t>
      </w:r>
      <w:r w:rsidR="007A3E17">
        <w:t xml:space="preserve"> (chair, co-chair, board member, executive officer)</w:t>
      </w:r>
      <w:r>
        <w:t xml:space="preserve"> on committees, task</w:t>
      </w:r>
      <w:r w:rsidR="00466EAC">
        <w:t xml:space="preserve"> </w:t>
      </w:r>
      <w:r>
        <w:t>forces,</w:t>
      </w:r>
      <w:r w:rsidR="007A3E17">
        <w:t xml:space="preserve"> work groups,</w:t>
      </w:r>
      <w:r>
        <w:t xml:space="preserve"> </w:t>
      </w:r>
      <w:r w:rsidR="007A3E17">
        <w:t xml:space="preserve">and </w:t>
      </w:r>
      <w:r>
        <w:t>boards, especially within SPPCP.</w:t>
      </w:r>
      <w:r w:rsidR="007A3E17">
        <w:t xml:space="preserve"> </w:t>
      </w:r>
      <w:r>
        <w:t>External leadership roles will be considered</w:t>
      </w:r>
      <w:r w:rsidR="00466EAC">
        <w:t>,</w:t>
      </w:r>
      <w:r>
        <w:t xml:space="preserve"> but </w:t>
      </w:r>
      <w:r w:rsidR="00466EAC">
        <w:t xml:space="preserve">they </w:t>
      </w:r>
      <w:r>
        <w:t xml:space="preserve">are weighted lower than </w:t>
      </w:r>
      <w:r w:rsidR="00466EAC">
        <w:t xml:space="preserve">those of </w:t>
      </w:r>
      <w:r>
        <w:t>SPPCP-specific service.</w:t>
      </w:r>
    </w:p>
    <w:p w14:paraId="58FE5F26" w14:textId="77777777" w:rsidR="00466EAC" w:rsidRDefault="00466EAC" w:rsidP="008A3C00">
      <w:pPr>
        <w:spacing w:after="0" w:line="240" w:lineRule="auto"/>
        <w:contextualSpacing/>
      </w:pPr>
    </w:p>
    <w:tbl>
      <w:tblPr>
        <w:tblStyle w:val="TableGrid"/>
        <w:tblW w:w="5000" w:type="pct"/>
        <w:tblLook w:val="04A0" w:firstRow="1" w:lastRow="0" w:firstColumn="1" w:lastColumn="0" w:noHBand="0" w:noVBand="1"/>
      </w:tblPr>
      <w:tblGrid>
        <w:gridCol w:w="2877"/>
        <w:gridCol w:w="2876"/>
        <w:gridCol w:w="2877"/>
      </w:tblGrid>
      <w:tr w:rsidR="00FB5D74" w14:paraId="1A2F4472" w14:textId="77777777" w:rsidTr="4227BBD5">
        <w:tc>
          <w:tcPr>
            <w:tcW w:w="5000" w:type="pct"/>
            <w:gridSpan w:val="3"/>
            <w:shd w:val="clear" w:color="auto" w:fill="F2F2F2" w:themeFill="background1" w:themeFillShade="F2"/>
          </w:tcPr>
          <w:p w14:paraId="67EA14DD" w14:textId="53D12E57" w:rsidR="00FB5D74" w:rsidRPr="00466EAC" w:rsidRDefault="0782E67A" w:rsidP="4227BBD5">
            <w:pPr>
              <w:contextualSpacing/>
              <w:jc w:val="center"/>
              <w:rPr>
                <w:b/>
                <w:bCs/>
              </w:rPr>
            </w:pPr>
            <w:r w:rsidRPr="4227BBD5">
              <w:rPr>
                <w:b/>
                <w:bCs/>
              </w:rPr>
              <w:t xml:space="preserve">SPPCP Leadership (Max </w:t>
            </w:r>
            <w:r w:rsidR="00A24F2A" w:rsidRPr="4227BBD5">
              <w:rPr>
                <w:b/>
                <w:bCs/>
              </w:rPr>
              <w:t>4</w:t>
            </w:r>
            <w:r w:rsidR="37F61802" w:rsidRPr="4227BBD5">
              <w:rPr>
                <w:b/>
                <w:bCs/>
              </w:rPr>
              <w:t>5</w:t>
            </w:r>
            <w:r w:rsidRPr="4227BBD5">
              <w:rPr>
                <w:b/>
                <w:bCs/>
              </w:rPr>
              <w:t xml:space="preserve"> pts)</w:t>
            </w:r>
          </w:p>
        </w:tc>
      </w:tr>
      <w:tr w:rsidR="00FB5D74" w14:paraId="7B4FE1BD" w14:textId="77777777" w:rsidTr="4227BBD5">
        <w:tc>
          <w:tcPr>
            <w:tcW w:w="1667" w:type="pct"/>
          </w:tcPr>
          <w:p w14:paraId="555B3B75" w14:textId="77777777" w:rsidR="00FB5D74" w:rsidRPr="00466EAC" w:rsidRDefault="00FB5D74" w:rsidP="008A3C00">
            <w:pPr>
              <w:contextualSpacing/>
              <w:rPr>
                <w:b/>
                <w:bCs/>
              </w:rPr>
            </w:pPr>
            <w:r w:rsidRPr="00466EAC">
              <w:rPr>
                <w:b/>
                <w:bCs/>
              </w:rPr>
              <w:t>Committee/Board</w:t>
            </w:r>
          </w:p>
        </w:tc>
        <w:tc>
          <w:tcPr>
            <w:tcW w:w="1666" w:type="pct"/>
          </w:tcPr>
          <w:p w14:paraId="2804E400" w14:textId="55E12D31" w:rsidR="00FB5D74" w:rsidRPr="00466EAC" w:rsidRDefault="00FB5D74" w:rsidP="008A3C00">
            <w:pPr>
              <w:contextualSpacing/>
              <w:rPr>
                <w:b/>
                <w:bCs/>
              </w:rPr>
            </w:pPr>
          </w:p>
        </w:tc>
        <w:tc>
          <w:tcPr>
            <w:tcW w:w="1667" w:type="pct"/>
          </w:tcPr>
          <w:p w14:paraId="5EABAE70" w14:textId="1A990A40" w:rsidR="00FB5D74" w:rsidRPr="00466EAC" w:rsidRDefault="00FB5D74" w:rsidP="008A3C00">
            <w:pPr>
              <w:contextualSpacing/>
              <w:rPr>
                <w:b/>
                <w:bCs/>
              </w:rPr>
            </w:pPr>
            <w:r>
              <w:rPr>
                <w:b/>
                <w:bCs/>
              </w:rPr>
              <w:t xml:space="preserve">Role and </w:t>
            </w:r>
            <w:r w:rsidRPr="00466EAC">
              <w:rPr>
                <w:b/>
                <w:bCs/>
              </w:rPr>
              <w:t xml:space="preserve">Responsibilities </w:t>
            </w:r>
          </w:p>
        </w:tc>
      </w:tr>
      <w:tr w:rsidR="00FB5D74" w14:paraId="687B03AE" w14:textId="77777777" w:rsidTr="4227BBD5">
        <w:tc>
          <w:tcPr>
            <w:tcW w:w="1667" w:type="pct"/>
          </w:tcPr>
          <w:p w14:paraId="45EF1A7F" w14:textId="7B36353A" w:rsidR="00FB5D74" w:rsidRDefault="00FB5D74" w:rsidP="008A3C00">
            <w:pPr>
              <w:contextualSpacing/>
            </w:pPr>
          </w:p>
        </w:tc>
        <w:tc>
          <w:tcPr>
            <w:tcW w:w="1666" w:type="pct"/>
          </w:tcPr>
          <w:p w14:paraId="00D8570D" w14:textId="77777777" w:rsidR="00FB5D74" w:rsidRDefault="00FB5D74" w:rsidP="008A3C00">
            <w:pPr>
              <w:contextualSpacing/>
            </w:pPr>
          </w:p>
        </w:tc>
        <w:tc>
          <w:tcPr>
            <w:tcW w:w="1667" w:type="pct"/>
          </w:tcPr>
          <w:p w14:paraId="06904A32" w14:textId="77777777" w:rsidR="00FB5D74" w:rsidRDefault="00FB5D74" w:rsidP="008A3C00">
            <w:pPr>
              <w:contextualSpacing/>
            </w:pPr>
          </w:p>
        </w:tc>
      </w:tr>
      <w:tr w:rsidR="00FB5D74" w14:paraId="75333400" w14:textId="77777777" w:rsidTr="4227BBD5">
        <w:tc>
          <w:tcPr>
            <w:tcW w:w="1667" w:type="pct"/>
          </w:tcPr>
          <w:p w14:paraId="58762E1D" w14:textId="77777777" w:rsidR="00FB5D74" w:rsidRDefault="00FB5D74" w:rsidP="008A3C00">
            <w:pPr>
              <w:contextualSpacing/>
            </w:pPr>
          </w:p>
        </w:tc>
        <w:tc>
          <w:tcPr>
            <w:tcW w:w="1666" w:type="pct"/>
          </w:tcPr>
          <w:p w14:paraId="48D3F0C4" w14:textId="77777777" w:rsidR="00FB5D74" w:rsidRDefault="00FB5D74" w:rsidP="008A3C00">
            <w:pPr>
              <w:contextualSpacing/>
            </w:pPr>
          </w:p>
        </w:tc>
        <w:tc>
          <w:tcPr>
            <w:tcW w:w="1667" w:type="pct"/>
          </w:tcPr>
          <w:p w14:paraId="05C86E11" w14:textId="77777777" w:rsidR="00FB5D74" w:rsidRDefault="00FB5D74" w:rsidP="008A3C00">
            <w:pPr>
              <w:contextualSpacing/>
            </w:pPr>
          </w:p>
        </w:tc>
      </w:tr>
      <w:tr w:rsidR="00FB5D74" w14:paraId="1EE384AC" w14:textId="77777777" w:rsidTr="4227BBD5">
        <w:tc>
          <w:tcPr>
            <w:tcW w:w="1667" w:type="pct"/>
          </w:tcPr>
          <w:p w14:paraId="7A31DE66" w14:textId="77777777" w:rsidR="00FB5D74" w:rsidRDefault="00FB5D74" w:rsidP="008A3C00">
            <w:pPr>
              <w:contextualSpacing/>
            </w:pPr>
          </w:p>
        </w:tc>
        <w:tc>
          <w:tcPr>
            <w:tcW w:w="1666" w:type="pct"/>
          </w:tcPr>
          <w:p w14:paraId="662DDB66" w14:textId="77777777" w:rsidR="00FB5D74" w:rsidRDefault="00FB5D74" w:rsidP="008A3C00">
            <w:pPr>
              <w:contextualSpacing/>
            </w:pPr>
          </w:p>
        </w:tc>
        <w:tc>
          <w:tcPr>
            <w:tcW w:w="1667" w:type="pct"/>
          </w:tcPr>
          <w:p w14:paraId="0846CAEC" w14:textId="77777777" w:rsidR="00FB5D74" w:rsidRDefault="00FB5D74" w:rsidP="008A3C00">
            <w:pPr>
              <w:contextualSpacing/>
            </w:pPr>
          </w:p>
        </w:tc>
      </w:tr>
      <w:tr w:rsidR="00FB5D74" w14:paraId="04EBB341" w14:textId="77777777" w:rsidTr="4227BBD5">
        <w:tc>
          <w:tcPr>
            <w:tcW w:w="5000" w:type="pct"/>
            <w:gridSpan w:val="3"/>
            <w:shd w:val="clear" w:color="auto" w:fill="F2F2F2" w:themeFill="background1" w:themeFillShade="F2"/>
          </w:tcPr>
          <w:p w14:paraId="163B8861" w14:textId="2AA01EDC" w:rsidR="00FB5D74" w:rsidRPr="00466EAC" w:rsidRDefault="00FB5D74" w:rsidP="00FB5D74">
            <w:pPr>
              <w:contextualSpacing/>
              <w:jc w:val="center"/>
              <w:rPr>
                <w:b/>
                <w:bCs/>
              </w:rPr>
            </w:pPr>
            <w:r w:rsidRPr="00466EAC">
              <w:rPr>
                <w:b/>
                <w:bCs/>
              </w:rPr>
              <w:t xml:space="preserve">External </w:t>
            </w:r>
            <w:r>
              <w:rPr>
                <w:b/>
                <w:bCs/>
              </w:rPr>
              <w:t xml:space="preserve">Leadership </w:t>
            </w:r>
            <w:r w:rsidRPr="00466EAC">
              <w:rPr>
                <w:b/>
                <w:bCs/>
              </w:rPr>
              <w:t xml:space="preserve">(Max </w:t>
            </w:r>
            <w:r w:rsidR="00190729">
              <w:rPr>
                <w:b/>
                <w:bCs/>
              </w:rPr>
              <w:t>20</w:t>
            </w:r>
            <w:r w:rsidRPr="00466EAC">
              <w:rPr>
                <w:b/>
                <w:bCs/>
              </w:rPr>
              <w:t xml:space="preserve"> pts)</w:t>
            </w:r>
          </w:p>
        </w:tc>
      </w:tr>
      <w:tr w:rsidR="00FB5D74" w14:paraId="68502B32" w14:textId="77777777" w:rsidTr="4227BBD5">
        <w:tc>
          <w:tcPr>
            <w:tcW w:w="1667" w:type="pct"/>
          </w:tcPr>
          <w:p w14:paraId="63D940CB" w14:textId="77777777" w:rsidR="00FB5D74" w:rsidRPr="00466EAC" w:rsidRDefault="00FB5D74" w:rsidP="008A3C00">
            <w:pPr>
              <w:contextualSpacing/>
              <w:rPr>
                <w:b/>
                <w:bCs/>
              </w:rPr>
            </w:pPr>
            <w:r w:rsidRPr="00466EAC">
              <w:rPr>
                <w:b/>
                <w:bCs/>
              </w:rPr>
              <w:t>Organization</w:t>
            </w:r>
          </w:p>
        </w:tc>
        <w:tc>
          <w:tcPr>
            <w:tcW w:w="1666" w:type="pct"/>
          </w:tcPr>
          <w:p w14:paraId="37D8C69A" w14:textId="3A8F8ACA" w:rsidR="00DB0F8F" w:rsidRDefault="004E3C3E">
            <w:r w:rsidRPr="00466EAC">
              <w:rPr>
                <w:b/>
                <w:bCs/>
              </w:rPr>
              <w:t>Years Served</w:t>
            </w:r>
          </w:p>
        </w:tc>
        <w:tc>
          <w:tcPr>
            <w:tcW w:w="1667" w:type="pct"/>
          </w:tcPr>
          <w:p w14:paraId="75841CC2" w14:textId="4ACC4F6C" w:rsidR="00FB5D74" w:rsidRPr="00466EAC" w:rsidRDefault="00FB5D74" w:rsidP="008A3C00">
            <w:pPr>
              <w:contextualSpacing/>
              <w:rPr>
                <w:b/>
                <w:bCs/>
              </w:rPr>
            </w:pPr>
            <w:r>
              <w:rPr>
                <w:b/>
                <w:bCs/>
              </w:rPr>
              <w:t>Role and Responsibilities</w:t>
            </w:r>
            <w:r w:rsidR="004E3C3E">
              <w:rPr>
                <w:b/>
                <w:bCs/>
              </w:rPr>
              <w:br/>
            </w:r>
          </w:p>
        </w:tc>
      </w:tr>
      <w:tr w:rsidR="00FB5D74" w14:paraId="24B6A7C9" w14:textId="77777777" w:rsidTr="4227BBD5">
        <w:tc>
          <w:tcPr>
            <w:tcW w:w="1667" w:type="pct"/>
          </w:tcPr>
          <w:p w14:paraId="256D8DCB" w14:textId="2E33EEC7" w:rsidR="00FB5D74" w:rsidRDefault="00FB5D74" w:rsidP="008A3C00">
            <w:pPr>
              <w:contextualSpacing/>
            </w:pPr>
          </w:p>
        </w:tc>
        <w:tc>
          <w:tcPr>
            <w:tcW w:w="1666" w:type="pct"/>
          </w:tcPr>
          <w:p w14:paraId="76E55A2B" w14:textId="77777777" w:rsidR="00FB5D74" w:rsidRDefault="00FB5D74" w:rsidP="008A3C00">
            <w:pPr>
              <w:contextualSpacing/>
            </w:pPr>
          </w:p>
        </w:tc>
        <w:tc>
          <w:tcPr>
            <w:tcW w:w="1667" w:type="pct"/>
          </w:tcPr>
          <w:p w14:paraId="57C11104" w14:textId="77777777" w:rsidR="00FB5D74" w:rsidRDefault="00FB5D74" w:rsidP="008A3C00">
            <w:pPr>
              <w:contextualSpacing/>
            </w:pPr>
          </w:p>
        </w:tc>
      </w:tr>
      <w:tr w:rsidR="00FB5D74" w14:paraId="3E119115" w14:textId="77777777" w:rsidTr="4227BBD5">
        <w:tc>
          <w:tcPr>
            <w:tcW w:w="1667" w:type="pct"/>
          </w:tcPr>
          <w:p w14:paraId="200623D4" w14:textId="77777777" w:rsidR="00FB5D74" w:rsidRDefault="00FB5D74" w:rsidP="008A3C00">
            <w:pPr>
              <w:contextualSpacing/>
            </w:pPr>
          </w:p>
        </w:tc>
        <w:tc>
          <w:tcPr>
            <w:tcW w:w="1666" w:type="pct"/>
          </w:tcPr>
          <w:p w14:paraId="26994958" w14:textId="77777777" w:rsidR="00FB5D74" w:rsidRDefault="00FB5D74" w:rsidP="008A3C00">
            <w:pPr>
              <w:contextualSpacing/>
            </w:pPr>
          </w:p>
        </w:tc>
        <w:tc>
          <w:tcPr>
            <w:tcW w:w="1667" w:type="pct"/>
          </w:tcPr>
          <w:p w14:paraId="619F79D3" w14:textId="77777777" w:rsidR="00FB5D74" w:rsidRDefault="00FB5D74" w:rsidP="008A3C00">
            <w:pPr>
              <w:contextualSpacing/>
            </w:pPr>
          </w:p>
        </w:tc>
      </w:tr>
      <w:tr w:rsidR="6B19C7D4" w14:paraId="2C55F1CC" w14:textId="77777777" w:rsidTr="4227BBD5">
        <w:trPr>
          <w:trHeight w:val="300"/>
        </w:trPr>
        <w:tc>
          <w:tcPr>
            <w:tcW w:w="2877" w:type="dxa"/>
          </w:tcPr>
          <w:p w14:paraId="028670F6" w14:textId="14A03875" w:rsidR="6B19C7D4" w:rsidRDefault="6B19C7D4" w:rsidP="6B19C7D4"/>
        </w:tc>
        <w:tc>
          <w:tcPr>
            <w:tcW w:w="2876" w:type="dxa"/>
          </w:tcPr>
          <w:p w14:paraId="77A6076E" w14:textId="5C73B8FF" w:rsidR="6B19C7D4" w:rsidRDefault="6B19C7D4" w:rsidP="6B19C7D4"/>
        </w:tc>
        <w:tc>
          <w:tcPr>
            <w:tcW w:w="2877" w:type="dxa"/>
          </w:tcPr>
          <w:p w14:paraId="443A650F" w14:textId="008725B7" w:rsidR="6B19C7D4" w:rsidRDefault="6B19C7D4" w:rsidP="6B19C7D4"/>
        </w:tc>
      </w:tr>
    </w:tbl>
    <w:p w14:paraId="173E664E" w14:textId="767B7420" w:rsidR="6B19C7D4" w:rsidRDefault="6B19C7D4"/>
    <w:p w14:paraId="0E73A2EC" w14:textId="6280559A" w:rsidR="008B4471" w:rsidRDefault="00370D72" w:rsidP="008A3C00">
      <w:pPr>
        <w:pStyle w:val="Heading2"/>
        <w:spacing w:before="0" w:line="240" w:lineRule="auto"/>
        <w:contextualSpacing/>
      </w:pPr>
      <w:r>
        <w:t>Section V</w:t>
      </w:r>
      <w:r w:rsidR="00986D46">
        <w:t>I</w:t>
      </w:r>
      <w:r>
        <w:t xml:space="preserve">: </w:t>
      </w:r>
      <w:r w:rsidR="004375CB">
        <w:t xml:space="preserve">Service to the Profession &amp; Specialty (Max </w:t>
      </w:r>
      <w:r w:rsidR="0025066D">
        <w:t>60</w:t>
      </w:r>
      <w:r w:rsidR="004375CB">
        <w:t xml:space="preserve"> points)</w:t>
      </w:r>
    </w:p>
    <w:p w14:paraId="4AA6A0A3" w14:textId="4E282B3C" w:rsidR="00E53E3B" w:rsidRDefault="7CDB26F7" w:rsidP="00E53E3B">
      <w:pPr>
        <w:spacing w:after="0" w:line="240" w:lineRule="auto"/>
        <w:contextualSpacing/>
      </w:pPr>
      <w:r>
        <w:t>This section recognizes sustained</w:t>
      </w:r>
      <w:r w:rsidR="0DC87785">
        <w:t xml:space="preserve"> non-leadership</w:t>
      </w:r>
      <w:r>
        <w:t xml:space="preserve"> service that contribute</w:t>
      </w:r>
      <w:r w:rsidR="0068AD02">
        <w:t>s</w:t>
      </w:r>
      <w:r>
        <w:t xml:space="preserve"> to the profession and support</w:t>
      </w:r>
      <w:r w:rsidR="4B5611C9">
        <w:t>s</w:t>
      </w:r>
      <w:r>
        <w:t xml:space="preserve"> the mission of SPPCP. Activities may include service to professional organizations (especially SPPCP), participation in certification or standard-setting initiatives (e.g., BPS), and recognition through professional awards. Applicants should clearly distinguish these from community service (Section </w:t>
      </w:r>
      <w:r w:rsidR="3F76B058">
        <w:t>VII</w:t>
      </w:r>
      <w:r>
        <w:t>) or formal leadership roles already entered in Section V. Do not duplicate entries already listed elsewhere in the application.</w:t>
      </w:r>
      <w:r w:rsidR="60732001">
        <w:t xml:space="preserve"> Examples of activities that should be captured in this section are described below. </w:t>
      </w:r>
      <w:r w:rsidR="004E3C3E">
        <w:br/>
      </w:r>
    </w:p>
    <w:p w14:paraId="5B21EA17" w14:textId="636A734A" w:rsidR="00E53E3B" w:rsidRDefault="6E57421C" w:rsidP="00E53E3B">
      <w:pPr>
        <w:spacing w:after="0" w:line="240" w:lineRule="auto"/>
        <w:contextualSpacing/>
      </w:pPr>
      <w:r w:rsidRPr="6B19C7D4">
        <w:rPr>
          <w:b/>
          <w:bCs/>
        </w:rPr>
        <w:t>Professional Service Activities:</w:t>
      </w:r>
      <w:r>
        <w:t xml:space="preserve"> Service on task forces, working groups, guideline panels, examination development (e.g., BPS), expert advisory committees, peer review roles,</w:t>
      </w:r>
      <w:r w:rsidR="7E8E82D2">
        <w:t xml:space="preserve"> guest surveyor for PMPC residencies,</w:t>
      </w:r>
      <w:r>
        <w:t xml:space="preserve"> or other volunteer work that advances the field.</w:t>
      </w:r>
    </w:p>
    <w:p w14:paraId="1604C803" w14:textId="694730A2" w:rsidR="00E53E3B" w:rsidRDefault="00E53E3B" w:rsidP="00E53E3B">
      <w:pPr>
        <w:spacing w:after="0" w:line="240" w:lineRule="auto"/>
        <w:contextualSpacing/>
      </w:pPr>
      <w:r w:rsidRPr="00E53E3B">
        <w:rPr>
          <w:b/>
          <w:bCs/>
        </w:rPr>
        <w:t>Professional Awards &amp; Recognition:</w:t>
      </w:r>
      <w:r>
        <w:t xml:space="preserve"> Awards or honors for practice excellence, advocacy, leadership, or other contributions to the profession (excluding teaching awards</w:t>
      </w:r>
      <w:r w:rsidR="001E2BCF">
        <w:t>, which should be listed in Section III</w:t>
      </w:r>
      <w:r>
        <w:t>).</w:t>
      </w:r>
      <w:r w:rsidRPr="00E53E3B">
        <w:t xml:space="preserve"> </w:t>
      </w:r>
    </w:p>
    <w:p w14:paraId="238F3F8B" w14:textId="097B9889" w:rsidR="00E53E3B" w:rsidRDefault="00E53E3B" w:rsidP="00E53E3B">
      <w:pPr>
        <w:spacing w:after="0" w:line="240" w:lineRule="auto"/>
        <w:contextualSpacing/>
      </w:pPr>
      <w:r w:rsidRPr="00E53E3B">
        <w:rPr>
          <w:b/>
          <w:bCs/>
        </w:rPr>
        <w:t>Organizational Involvement:</w:t>
      </w:r>
      <w:r>
        <w:t xml:space="preserve"> Non-leadership active roles in professional pharmacy organizations (e.g., committee service), or external organization involvement that furthers the SPPCP mission. Higher points are awarded for SPPCP-specific roles.</w:t>
      </w:r>
    </w:p>
    <w:p w14:paraId="428451E4" w14:textId="77777777" w:rsidR="00466EAC" w:rsidRDefault="00466EAC" w:rsidP="00E53E3B">
      <w:pPr>
        <w:spacing w:after="0" w:line="240" w:lineRule="auto"/>
        <w:contextualSpacing/>
      </w:pPr>
    </w:p>
    <w:tbl>
      <w:tblPr>
        <w:tblStyle w:val="TableGrid"/>
        <w:tblW w:w="5000" w:type="pct"/>
        <w:tblLook w:val="00A0" w:firstRow="1" w:lastRow="0" w:firstColumn="1" w:lastColumn="0" w:noHBand="0" w:noVBand="0"/>
      </w:tblPr>
      <w:tblGrid>
        <w:gridCol w:w="2831"/>
        <w:gridCol w:w="2989"/>
        <w:gridCol w:w="2810"/>
      </w:tblGrid>
      <w:tr w:rsidR="0030191B" w14:paraId="3F41B0BD" w14:textId="77777777" w:rsidTr="6B19C7D4">
        <w:tc>
          <w:tcPr>
            <w:tcW w:w="5000" w:type="pct"/>
            <w:gridSpan w:val="3"/>
            <w:shd w:val="clear" w:color="auto" w:fill="F2F2F2" w:themeFill="background1" w:themeFillShade="F2"/>
          </w:tcPr>
          <w:p w14:paraId="23CB09BF" w14:textId="662FF79E" w:rsidR="0030191B" w:rsidRPr="00466EAC" w:rsidRDefault="00E53E3B" w:rsidP="00E53E3B">
            <w:pPr>
              <w:contextualSpacing/>
              <w:jc w:val="center"/>
              <w:rPr>
                <w:b/>
                <w:bCs/>
              </w:rPr>
            </w:pPr>
            <w:r>
              <w:rPr>
                <w:b/>
                <w:bCs/>
              </w:rPr>
              <w:t>Professional Service Activities</w:t>
            </w:r>
            <w:r w:rsidR="0030191B">
              <w:rPr>
                <w:b/>
                <w:bCs/>
              </w:rPr>
              <w:t xml:space="preserve"> </w:t>
            </w:r>
            <w:r w:rsidR="0030191B" w:rsidRPr="00466EAC">
              <w:rPr>
                <w:b/>
                <w:bCs/>
              </w:rPr>
              <w:t xml:space="preserve">(Max </w:t>
            </w:r>
            <w:r>
              <w:rPr>
                <w:b/>
                <w:bCs/>
              </w:rPr>
              <w:t>2</w:t>
            </w:r>
            <w:r w:rsidR="000B73B1">
              <w:rPr>
                <w:b/>
                <w:bCs/>
              </w:rPr>
              <w:t>5</w:t>
            </w:r>
            <w:r w:rsidR="0030191B" w:rsidRPr="00466EAC">
              <w:rPr>
                <w:b/>
                <w:bCs/>
              </w:rPr>
              <w:t xml:space="preserve"> pts)</w:t>
            </w:r>
          </w:p>
        </w:tc>
      </w:tr>
      <w:tr w:rsidR="0030191B" w14:paraId="2529757C" w14:textId="77777777" w:rsidTr="6B19C7D4">
        <w:tc>
          <w:tcPr>
            <w:tcW w:w="1640" w:type="pct"/>
          </w:tcPr>
          <w:p w14:paraId="3F620105" w14:textId="77777777" w:rsidR="0030191B" w:rsidRPr="00466EAC" w:rsidRDefault="0030191B" w:rsidP="00E53E3B">
            <w:pPr>
              <w:contextualSpacing/>
              <w:rPr>
                <w:b/>
                <w:bCs/>
              </w:rPr>
            </w:pPr>
            <w:r w:rsidRPr="00466EAC">
              <w:rPr>
                <w:b/>
                <w:bCs/>
              </w:rPr>
              <w:t>Organization</w:t>
            </w:r>
          </w:p>
        </w:tc>
        <w:tc>
          <w:tcPr>
            <w:tcW w:w="1732" w:type="pct"/>
          </w:tcPr>
          <w:p w14:paraId="1247E5AE" w14:textId="6471AC03" w:rsidR="00DB0F8F" w:rsidRPr="00B43C41" w:rsidRDefault="009E2A95" w:rsidP="00E53E3B">
            <w:pPr>
              <w:contextualSpacing/>
              <w:rPr>
                <w:b/>
                <w:bCs/>
              </w:rPr>
            </w:pPr>
            <w:r w:rsidRPr="00B43C41">
              <w:rPr>
                <w:b/>
                <w:bCs/>
              </w:rPr>
              <w:t>Year</w:t>
            </w:r>
          </w:p>
        </w:tc>
        <w:tc>
          <w:tcPr>
            <w:tcW w:w="1628" w:type="pct"/>
          </w:tcPr>
          <w:p w14:paraId="5100C243" w14:textId="1AEBA882" w:rsidR="0030191B" w:rsidRPr="00466EAC" w:rsidRDefault="009E2A95" w:rsidP="00E53E3B">
            <w:pPr>
              <w:contextualSpacing/>
              <w:rPr>
                <w:b/>
                <w:bCs/>
              </w:rPr>
            </w:pPr>
            <w:r>
              <w:rPr>
                <w:b/>
                <w:bCs/>
              </w:rPr>
              <w:t>Scope</w:t>
            </w:r>
            <w:r w:rsidR="0030191B" w:rsidRPr="00466EAC">
              <w:rPr>
                <w:b/>
                <w:bCs/>
              </w:rPr>
              <w:br/>
            </w:r>
          </w:p>
        </w:tc>
      </w:tr>
      <w:tr w:rsidR="0030191B" w14:paraId="4B51357E" w14:textId="77777777" w:rsidTr="6B19C7D4">
        <w:tc>
          <w:tcPr>
            <w:tcW w:w="1640" w:type="pct"/>
          </w:tcPr>
          <w:p w14:paraId="2FB418FD" w14:textId="74EC2275" w:rsidR="0030191B" w:rsidRDefault="0030191B" w:rsidP="00E53E3B">
            <w:pPr>
              <w:contextualSpacing/>
            </w:pPr>
          </w:p>
        </w:tc>
        <w:tc>
          <w:tcPr>
            <w:tcW w:w="1732" w:type="pct"/>
          </w:tcPr>
          <w:p w14:paraId="2B2F718F" w14:textId="77777777" w:rsidR="0030191B" w:rsidRDefault="0030191B" w:rsidP="00E53E3B">
            <w:pPr>
              <w:contextualSpacing/>
            </w:pPr>
          </w:p>
        </w:tc>
        <w:tc>
          <w:tcPr>
            <w:tcW w:w="1628" w:type="pct"/>
          </w:tcPr>
          <w:p w14:paraId="56245802" w14:textId="77777777" w:rsidR="0030191B" w:rsidRDefault="0030191B" w:rsidP="00E53E3B">
            <w:pPr>
              <w:contextualSpacing/>
            </w:pPr>
          </w:p>
        </w:tc>
      </w:tr>
      <w:tr w:rsidR="0030191B" w14:paraId="4BB1B69D" w14:textId="77777777" w:rsidTr="6B19C7D4">
        <w:tc>
          <w:tcPr>
            <w:tcW w:w="1640" w:type="pct"/>
          </w:tcPr>
          <w:p w14:paraId="4F702C44" w14:textId="77777777" w:rsidR="0030191B" w:rsidRDefault="0030191B" w:rsidP="00E53E3B">
            <w:pPr>
              <w:contextualSpacing/>
            </w:pPr>
          </w:p>
        </w:tc>
        <w:tc>
          <w:tcPr>
            <w:tcW w:w="1732" w:type="pct"/>
          </w:tcPr>
          <w:p w14:paraId="1D5EFA7B" w14:textId="77777777" w:rsidR="0030191B" w:rsidRDefault="0030191B" w:rsidP="00E53E3B">
            <w:pPr>
              <w:contextualSpacing/>
            </w:pPr>
          </w:p>
        </w:tc>
        <w:tc>
          <w:tcPr>
            <w:tcW w:w="1628" w:type="pct"/>
          </w:tcPr>
          <w:p w14:paraId="5FBC08FD" w14:textId="77777777" w:rsidR="0030191B" w:rsidRDefault="0030191B" w:rsidP="00E53E3B">
            <w:pPr>
              <w:contextualSpacing/>
            </w:pPr>
          </w:p>
        </w:tc>
      </w:tr>
      <w:tr w:rsidR="0030191B" w14:paraId="6964DB30" w14:textId="77777777" w:rsidTr="6B19C7D4">
        <w:tc>
          <w:tcPr>
            <w:tcW w:w="1640" w:type="pct"/>
          </w:tcPr>
          <w:p w14:paraId="4A4320C5" w14:textId="77777777" w:rsidR="0030191B" w:rsidRDefault="0030191B" w:rsidP="00E53E3B">
            <w:pPr>
              <w:contextualSpacing/>
            </w:pPr>
          </w:p>
        </w:tc>
        <w:tc>
          <w:tcPr>
            <w:tcW w:w="1732" w:type="pct"/>
          </w:tcPr>
          <w:p w14:paraId="0C4D03C1" w14:textId="77777777" w:rsidR="0030191B" w:rsidRDefault="0030191B" w:rsidP="00E53E3B">
            <w:pPr>
              <w:contextualSpacing/>
            </w:pPr>
          </w:p>
        </w:tc>
        <w:tc>
          <w:tcPr>
            <w:tcW w:w="1628" w:type="pct"/>
          </w:tcPr>
          <w:p w14:paraId="0195C2F5" w14:textId="77777777" w:rsidR="0030191B" w:rsidRDefault="0030191B" w:rsidP="00E53E3B">
            <w:pPr>
              <w:contextualSpacing/>
            </w:pPr>
          </w:p>
        </w:tc>
      </w:tr>
      <w:tr w:rsidR="0030191B" w14:paraId="259CE180" w14:textId="77777777" w:rsidTr="6B19C7D4">
        <w:tc>
          <w:tcPr>
            <w:tcW w:w="1640" w:type="pct"/>
          </w:tcPr>
          <w:p w14:paraId="4558A01B" w14:textId="77777777" w:rsidR="0030191B" w:rsidRPr="00466EAC" w:rsidRDefault="0030191B" w:rsidP="00E53E3B">
            <w:pPr>
              <w:contextualSpacing/>
              <w:rPr>
                <w:b/>
                <w:bCs/>
              </w:rPr>
            </w:pPr>
          </w:p>
        </w:tc>
        <w:tc>
          <w:tcPr>
            <w:tcW w:w="1732" w:type="pct"/>
          </w:tcPr>
          <w:p w14:paraId="74031801" w14:textId="77777777" w:rsidR="0030191B" w:rsidRPr="00466EAC" w:rsidRDefault="0030191B" w:rsidP="00E53E3B">
            <w:pPr>
              <w:contextualSpacing/>
              <w:rPr>
                <w:b/>
                <w:bCs/>
              </w:rPr>
            </w:pPr>
          </w:p>
        </w:tc>
        <w:tc>
          <w:tcPr>
            <w:tcW w:w="1628" w:type="pct"/>
          </w:tcPr>
          <w:p w14:paraId="35BCC34B" w14:textId="77777777" w:rsidR="0030191B" w:rsidRPr="00466EAC" w:rsidRDefault="0030191B" w:rsidP="00E53E3B">
            <w:pPr>
              <w:contextualSpacing/>
              <w:rPr>
                <w:b/>
                <w:bCs/>
              </w:rPr>
            </w:pPr>
          </w:p>
        </w:tc>
      </w:tr>
      <w:tr w:rsidR="0030191B" w14:paraId="3E2E2F93" w14:textId="77777777" w:rsidTr="6B19C7D4">
        <w:tc>
          <w:tcPr>
            <w:tcW w:w="5000" w:type="pct"/>
            <w:gridSpan w:val="3"/>
            <w:shd w:val="clear" w:color="auto" w:fill="F2F2F2" w:themeFill="background1" w:themeFillShade="F2"/>
          </w:tcPr>
          <w:p w14:paraId="0043A56E" w14:textId="4EEE7B1C" w:rsidR="0030191B" w:rsidRPr="00466EAC" w:rsidRDefault="00E53E3B" w:rsidP="00E53E3B">
            <w:pPr>
              <w:contextualSpacing/>
              <w:jc w:val="center"/>
              <w:rPr>
                <w:b/>
                <w:bCs/>
              </w:rPr>
            </w:pPr>
            <w:r>
              <w:rPr>
                <w:b/>
                <w:bCs/>
              </w:rPr>
              <w:lastRenderedPageBreak/>
              <w:t xml:space="preserve">Professional </w:t>
            </w:r>
            <w:r w:rsidR="0030191B" w:rsidRPr="00466EAC">
              <w:rPr>
                <w:b/>
                <w:bCs/>
              </w:rPr>
              <w:t>Award</w:t>
            </w:r>
            <w:r w:rsidR="00E848AF">
              <w:rPr>
                <w:b/>
                <w:bCs/>
              </w:rPr>
              <w:t>s</w:t>
            </w:r>
            <w:r>
              <w:rPr>
                <w:b/>
                <w:bCs/>
              </w:rPr>
              <w:t xml:space="preserve"> and Recognitions</w:t>
            </w:r>
            <w:r w:rsidR="0030191B">
              <w:rPr>
                <w:b/>
                <w:bCs/>
              </w:rPr>
              <w:t xml:space="preserve"> </w:t>
            </w:r>
            <w:r w:rsidR="0030191B" w:rsidRPr="00466EAC">
              <w:rPr>
                <w:b/>
                <w:bCs/>
              </w:rPr>
              <w:t>(Max 10 pts)</w:t>
            </w:r>
          </w:p>
        </w:tc>
      </w:tr>
      <w:tr w:rsidR="0030191B" w14:paraId="753B557F" w14:textId="77777777" w:rsidTr="6B19C7D4">
        <w:tc>
          <w:tcPr>
            <w:tcW w:w="1640" w:type="pct"/>
          </w:tcPr>
          <w:p w14:paraId="07648179" w14:textId="77777777" w:rsidR="0030191B" w:rsidRPr="00466EAC" w:rsidRDefault="0030191B" w:rsidP="00E53E3B">
            <w:pPr>
              <w:contextualSpacing/>
              <w:rPr>
                <w:b/>
                <w:bCs/>
              </w:rPr>
            </w:pPr>
            <w:r w:rsidRPr="00466EAC">
              <w:rPr>
                <w:b/>
                <w:bCs/>
              </w:rPr>
              <w:t>Awarding Body</w:t>
            </w:r>
          </w:p>
        </w:tc>
        <w:tc>
          <w:tcPr>
            <w:tcW w:w="1732" w:type="pct"/>
          </w:tcPr>
          <w:p w14:paraId="35C7BD13" w14:textId="77777777" w:rsidR="0030191B" w:rsidRPr="00466EAC" w:rsidRDefault="0030191B" w:rsidP="00E53E3B">
            <w:pPr>
              <w:contextualSpacing/>
              <w:rPr>
                <w:b/>
                <w:bCs/>
              </w:rPr>
            </w:pPr>
            <w:r w:rsidRPr="00466EAC">
              <w:rPr>
                <w:b/>
                <w:bCs/>
              </w:rPr>
              <w:t>Year</w:t>
            </w:r>
          </w:p>
        </w:tc>
        <w:tc>
          <w:tcPr>
            <w:tcW w:w="1628" w:type="pct"/>
          </w:tcPr>
          <w:p w14:paraId="4AAD4BA2" w14:textId="5DAC4217" w:rsidR="0030191B" w:rsidRPr="00466EAC" w:rsidRDefault="007836BD" w:rsidP="00E53E3B">
            <w:pPr>
              <w:contextualSpacing/>
              <w:rPr>
                <w:b/>
                <w:bCs/>
              </w:rPr>
            </w:pPr>
            <w:r>
              <w:rPr>
                <w:b/>
                <w:bCs/>
              </w:rPr>
              <w:t>Specific Award</w:t>
            </w:r>
            <w:r w:rsidR="0030191B" w:rsidRPr="00466EAC">
              <w:rPr>
                <w:b/>
                <w:bCs/>
              </w:rPr>
              <w:br/>
            </w:r>
          </w:p>
        </w:tc>
      </w:tr>
      <w:tr w:rsidR="0030191B" w14:paraId="06BBE3D7" w14:textId="77777777" w:rsidTr="6B19C7D4">
        <w:tc>
          <w:tcPr>
            <w:tcW w:w="1640" w:type="pct"/>
          </w:tcPr>
          <w:p w14:paraId="7BBF1AB7" w14:textId="6B7BE479" w:rsidR="0030191B" w:rsidRDefault="0030191B" w:rsidP="00E53E3B">
            <w:pPr>
              <w:contextualSpacing/>
            </w:pPr>
          </w:p>
        </w:tc>
        <w:tc>
          <w:tcPr>
            <w:tcW w:w="1732" w:type="pct"/>
          </w:tcPr>
          <w:p w14:paraId="6D70C67B" w14:textId="77777777" w:rsidR="0030191B" w:rsidRDefault="0030191B" w:rsidP="00E53E3B">
            <w:pPr>
              <w:contextualSpacing/>
            </w:pPr>
          </w:p>
        </w:tc>
        <w:tc>
          <w:tcPr>
            <w:tcW w:w="1628" w:type="pct"/>
          </w:tcPr>
          <w:p w14:paraId="1A7B4968" w14:textId="77777777" w:rsidR="0030191B" w:rsidRDefault="0030191B" w:rsidP="00E53E3B">
            <w:pPr>
              <w:contextualSpacing/>
            </w:pPr>
          </w:p>
        </w:tc>
      </w:tr>
      <w:tr w:rsidR="0030191B" w14:paraId="58E025FB" w14:textId="77777777" w:rsidTr="6B19C7D4">
        <w:tc>
          <w:tcPr>
            <w:tcW w:w="1640" w:type="pct"/>
          </w:tcPr>
          <w:p w14:paraId="03055936" w14:textId="77777777" w:rsidR="0030191B" w:rsidRDefault="0030191B" w:rsidP="00E53E3B">
            <w:pPr>
              <w:contextualSpacing/>
            </w:pPr>
          </w:p>
        </w:tc>
        <w:tc>
          <w:tcPr>
            <w:tcW w:w="1732" w:type="pct"/>
          </w:tcPr>
          <w:p w14:paraId="7F3C0D5B" w14:textId="77777777" w:rsidR="0030191B" w:rsidRDefault="0030191B" w:rsidP="00E53E3B">
            <w:pPr>
              <w:contextualSpacing/>
            </w:pPr>
          </w:p>
        </w:tc>
        <w:tc>
          <w:tcPr>
            <w:tcW w:w="1628" w:type="pct"/>
          </w:tcPr>
          <w:p w14:paraId="3DD96ABA" w14:textId="77777777" w:rsidR="0030191B" w:rsidRDefault="0030191B" w:rsidP="00E53E3B">
            <w:pPr>
              <w:contextualSpacing/>
            </w:pPr>
          </w:p>
        </w:tc>
      </w:tr>
      <w:tr w:rsidR="0030191B" w14:paraId="78B3520B" w14:textId="77777777" w:rsidTr="6B19C7D4">
        <w:tc>
          <w:tcPr>
            <w:tcW w:w="1640" w:type="pct"/>
          </w:tcPr>
          <w:p w14:paraId="576C6A96" w14:textId="77777777" w:rsidR="0030191B" w:rsidRDefault="0030191B" w:rsidP="00E53E3B">
            <w:pPr>
              <w:contextualSpacing/>
            </w:pPr>
          </w:p>
        </w:tc>
        <w:tc>
          <w:tcPr>
            <w:tcW w:w="1732" w:type="pct"/>
          </w:tcPr>
          <w:p w14:paraId="7541D2A8" w14:textId="77777777" w:rsidR="0030191B" w:rsidRDefault="0030191B" w:rsidP="00E53E3B">
            <w:pPr>
              <w:contextualSpacing/>
            </w:pPr>
          </w:p>
        </w:tc>
        <w:tc>
          <w:tcPr>
            <w:tcW w:w="1628" w:type="pct"/>
          </w:tcPr>
          <w:p w14:paraId="793B72E2" w14:textId="77777777" w:rsidR="0030191B" w:rsidRDefault="0030191B" w:rsidP="00E53E3B">
            <w:pPr>
              <w:contextualSpacing/>
            </w:pPr>
          </w:p>
        </w:tc>
      </w:tr>
      <w:tr w:rsidR="0030191B" w14:paraId="624F758C" w14:textId="77777777" w:rsidTr="6B19C7D4">
        <w:tc>
          <w:tcPr>
            <w:tcW w:w="1640" w:type="pct"/>
          </w:tcPr>
          <w:p w14:paraId="4D680E72" w14:textId="77777777" w:rsidR="0030191B" w:rsidRPr="00466EAC" w:rsidRDefault="0030191B" w:rsidP="00E53E3B">
            <w:pPr>
              <w:contextualSpacing/>
              <w:rPr>
                <w:b/>
                <w:bCs/>
              </w:rPr>
            </w:pPr>
          </w:p>
        </w:tc>
        <w:tc>
          <w:tcPr>
            <w:tcW w:w="1732" w:type="pct"/>
          </w:tcPr>
          <w:p w14:paraId="2BFF0421" w14:textId="77777777" w:rsidR="0030191B" w:rsidRPr="00466EAC" w:rsidRDefault="0030191B" w:rsidP="00E53E3B">
            <w:pPr>
              <w:contextualSpacing/>
              <w:rPr>
                <w:b/>
                <w:bCs/>
              </w:rPr>
            </w:pPr>
          </w:p>
        </w:tc>
        <w:tc>
          <w:tcPr>
            <w:tcW w:w="1628" w:type="pct"/>
          </w:tcPr>
          <w:p w14:paraId="714E4239" w14:textId="77777777" w:rsidR="0030191B" w:rsidRPr="00466EAC" w:rsidRDefault="0030191B" w:rsidP="00E53E3B">
            <w:pPr>
              <w:contextualSpacing/>
              <w:rPr>
                <w:b/>
                <w:bCs/>
              </w:rPr>
            </w:pPr>
          </w:p>
        </w:tc>
      </w:tr>
      <w:tr w:rsidR="0030191B" w14:paraId="5ECC0718" w14:textId="77777777" w:rsidTr="6B19C7D4">
        <w:tc>
          <w:tcPr>
            <w:tcW w:w="5000" w:type="pct"/>
            <w:gridSpan w:val="3"/>
            <w:shd w:val="clear" w:color="auto" w:fill="F2F2F2" w:themeFill="background1" w:themeFillShade="F2"/>
          </w:tcPr>
          <w:p w14:paraId="69E0593A" w14:textId="593B459C" w:rsidR="0030191B" w:rsidRPr="00466EAC" w:rsidRDefault="569096A1" w:rsidP="0030191B">
            <w:pPr>
              <w:contextualSpacing/>
              <w:jc w:val="center"/>
              <w:rPr>
                <w:b/>
                <w:bCs/>
              </w:rPr>
            </w:pPr>
            <w:r w:rsidRPr="6B19C7D4">
              <w:rPr>
                <w:b/>
                <w:bCs/>
              </w:rPr>
              <w:t>Organization</w:t>
            </w:r>
            <w:r w:rsidR="00E53E3B" w:rsidRPr="6B19C7D4">
              <w:rPr>
                <w:b/>
                <w:bCs/>
              </w:rPr>
              <w:t>al Involvement</w:t>
            </w:r>
            <w:r w:rsidRPr="6B19C7D4">
              <w:rPr>
                <w:b/>
                <w:bCs/>
              </w:rPr>
              <w:t xml:space="preserve"> (Max </w:t>
            </w:r>
            <w:r w:rsidR="005E1F1A" w:rsidRPr="6B19C7D4">
              <w:rPr>
                <w:b/>
                <w:bCs/>
              </w:rPr>
              <w:t>2</w:t>
            </w:r>
            <w:r w:rsidR="000B73B1">
              <w:rPr>
                <w:b/>
                <w:bCs/>
              </w:rPr>
              <w:t>5</w:t>
            </w:r>
            <w:r w:rsidRPr="6B19C7D4">
              <w:rPr>
                <w:b/>
                <w:bCs/>
              </w:rPr>
              <w:t xml:space="preserve"> pts)</w:t>
            </w:r>
          </w:p>
        </w:tc>
      </w:tr>
      <w:tr w:rsidR="0030191B" w14:paraId="054E4EA1" w14:textId="77777777" w:rsidTr="6B19C7D4">
        <w:tc>
          <w:tcPr>
            <w:tcW w:w="1640" w:type="pct"/>
          </w:tcPr>
          <w:p w14:paraId="6EF08DD8" w14:textId="77777777" w:rsidR="0030191B" w:rsidRPr="00466EAC" w:rsidRDefault="0030191B" w:rsidP="008A3C00">
            <w:pPr>
              <w:contextualSpacing/>
              <w:rPr>
                <w:b/>
                <w:bCs/>
              </w:rPr>
            </w:pPr>
            <w:r w:rsidRPr="00466EAC">
              <w:rPr>
                <w:b/>
                <w:bCs/>
              </w:rPr>
              <w:t>Role</w:t>
            </w:r>
          </w:p>
        </w:tc>
        <w:tc>
          <w:tcPr>
            <w:tcW w:w="1732" w:type="pct"/>
          </w:tcPr>
          <w:p w14:paraId="1D7E993F" w14:textId="77777777" w:rsidR="0030191B" w:rsidRPr="00466EAC" w:rsidRDefault="0030191B" w:rsidP="008A3C00">
            <w:pPr>
              <w:contextualSpacing/>
              <w:rPr>
                <w:b/>
                <w:bCs/>
              </w:rPr>
            </w:pPr>
            <w:r w:rsidRPr="00466EAC">
              <w:rPr>
                <w:b/>
                <w:bCs/>
              </w:rPr>
              <w:t>Dates</w:t>
            </w:r>
          </w:p>
        </w:tc>
        <w:tc>
          <w:tcPr>
            <w:tcW w:w="1628" w:type="pct"/>
          </w:tcPr>
          <w:p w14:paraId="1CC9D071" w14:textId="5802D374" w:rsidR="0030191B" w:rsidRPr="00466EAC" w:rsidRDefault="0030191B" w:rsidP="008A3C00">
            <w:pPr>
              <w:contextualSpacing/>
              <w:rPr>
                <w:b/>
                <w:bCs/>
              </w:rPr>
            </w:pPr>
            <w:r w:rsidRPr="00466EAC">
              <w:rPr>
                <w:b/>
                <w:bCs/>
              </w:rPr>
              <w:t xml:space="preserve">Scope </w:t>
            </w:r>
            <w:r w:rsidRPr="00466EAC">
              <w:rPr>
                <w:b/>
                <w:bCs/>
              </w:rPr>
              <w:br/>
            </w:r>
          </w:p>
        </w:tc>
      </w:tr>
      <w:tr w:rsidR="0030191B" w14:paraId="6069E1E6" w14:textId="77777777" w:rsidTr="6B19C7D4">
        <w:tc>
          <w:tcPr>
            <w:tcW w:w="1640" w:type="pct"/>
          </w:tcPr>
          <w:p w14:paraId="1A6600DF" w14:textId="51E9E9C3" w:rsidR="0030191B" w:rsidRDefault="0030191B" w:rsidP="008A3C00">
            <w:pPr>
              <w:contextualSpacing/>
            </w:pPr>
          </w:p>
        </w:tc>
        <w:tc>
          <w:tcPr>
            <w:tcW w:w="1732" w:type="pct"/>
          </w:tcPr>
          <w:p w14:paraId="563C2C46" w14:textId="77777777" w:rsidR="0030191B" w:rsidRDefault="0030191B" w:rsidP="008A3C00">
            <w:pPr>
              <w:contextualSpacing/>
            </w:pPr>
          </w:p>
        </w:tc>
        <w:tc>
          <w:tcPr>
            <w:tcW w:w="1628" w:type="pct"/>
          </w:tcPr>
          <w:p w14:paraId="5D7B5B49" w14:textId="77777777" w:rsidR="0030191B" w:rsidRDefault="0030191B" w:rsidP="008A3C00">
            <w:pPr>
              <w:contextualSpacing/>
            </w:pPr>
          </w:p>
        </w:tc>
      </w:tr>
      <w:tr w:rsidR="0030191B" w14:paraId="310B8A83" w14:textId="77777777" w:rsidTr="6B19C7D4">
        <w:tc>
          <w:tcPr>
            <w:tcW w:w="1640" w:type="pct"/>
          </w:tcPr>
          <w:p w14:paraId="416849A5" w14:textId="77777777" w:rsidR="0030191B" w:rsidRDefault="0030191B" w:rsidP="008A3C00">
            <w:pPr>
              <w:contextualSpacing/>
            </w:pPr>
          </w:p>
        </w:tc>
        <w:tc>
          <w:tcPr>
            <w:tcW w:w="1732" w:type="pct"/>
          </w:tcPr>
          <w:p w14:paraId="58DE1183" w14:textId="77777777" w:rsidR="0030191B" w:rsidRDefault="0030191B" w:rsidP="008A3C00">
            <w:pPr>
              <w:contextualSpacing/>
            </w:pPr>
          </w:p>
        </w:tc>
        <w:tc>
          <w:tcPr>
            <w:tcW w:w="1628" w:type="pct"/>
          </w:tcPr>
          <w:p w14:paraId="5A52AEDF" w14:textId="77777777" w:rsidR="0030191B" w:rsidRDefault="0030191B" w:rsidP="008A3C00">
            <w:pPr>
              <w:contextualSpacing/>
            </w:pPr>
          </w:p>
        </w:tc>
      </w:tr>
      <w:tr w:rsidR="0030191B" w14:paraId="28DD6846" w14:textId="77777777" w:rsidTr="6B19C7D4">
        <w:tc>
          <w:tcPr>
            <w:tcW w:w="1640" w:type="pct"/>
          </w:tcPr>
          <w:p w14:paraId="43AD6730" w14:textId="77777777" w:rsidR="0030191B" w:rsidRDefault="0030191B" w:rsidP="008A3C00">
            <w:pPr>
              <w:contextualSpacing/>
            </w:pPr>
          </w:p>
        </w:tc>
        <w:tc>
          <w:tcPr>
            <w:tcW w:w="1732" w:type="pct"/>
          </w:tcPr>
          <w:p w14:paraId="6E5C6C3C" w14:textId="77777777" w:rsidR="0030191B" w:rsidRDefault="0030191B" w:rsidP="008A3C00">
            <w:pPr>
              <w:contextualSpacing/>
            </w:pPr>
          </w:p>
        </w:tc>
        <w:tc>
          <w:tcPr>
            <w:tcW w:w="1628" w:type="pct"/>
          </w:tcPr>
          <w:p w14:paraId="6AB124CB" w14:textId="77777777" w:rsidR="0030191B" w:rsidRDefault="0030191B" w:rsidP="008A3C00">
            <w:pPr>
              <w:contextualSpacing/>
            </w:pPr>
          </w:p>
        </w:tc>
      </w:tr>
    </w:tbl>
    <w:p w14:paraId="2312E33B" w14:textId="77777777" w:rsidR="00CC6403" w:rsidRDefault="00CC6403" w:rsidP="008A3C00">
      <w:pPr>
        <w:pStyle w:val="Heading2"/>
        <w:spacing w:before="0" w:line="240" w:lineRule="auto"/>
        <w:contextualSpacing/>
      </w:pPr>
    </w:p>
    <w:p w14:paraId="2B0C24F4" w14:textId="242634DA" w:rsidR="00997887" w:rsidRDefault="00997887" w:rsidP="00997887">
      <w:pPr>
        <w:pStyle w:val="Heading2"/>
      </w:pPr>
      <w:r>
        <w:t>Section VI</w:t>
      </w:r>
      <w:r w:rsidR="00986D46">
        <w:t xml:space="preserve">I </w:t>
      </w:r>
      <w:r>
        <w:t xml:space="preserve">Innovation &amp; Program Development (Max </w:t>
      </w:r>
      <w:r w:rsidR="000B73B1">
        <w:t>3</w:t>
      </w:r>
      <w:r>
        <w:t>0 Points)</w:t>
      </w:r>
    </w:p>
    <w:p w14:paraId="21871EFD" w14:textId="34705568" w:rsidR="001E2BCF" w:rsidRDefault="00997887" w:rsidP="001E2BCF">
      <w:r>
        <w:t xml:space="preserve">This section recognizes applicants who have developed innovative tools, programs, curricula, or services </w:t>
      </w:r>
      <w:r w:rsidR="007E24F2">
        <w:t xml:space="preserve">in the setting of </w:t>
      </w:r>
      <w:r>
        <w:t>pain management, palliative care, hospice, or substance use disorder pharmacy. This may include, but is not limited to:</w:t>
      </w:r>
    </w:p>
    <w:p w14:paraId="015EB1BA" w14:textId="77777777" w:rsidR="001E2BCF" w:rsidRDefault="00997887" w:rsidP="001E2BCF">
      <w:pPr>
        <w:pStyle w:val="ListParagraph"/>
        <w:numPr>
          <w:ilvl w:val="0"/>
          <w:numId w:val="13"/>
        </w:numPr>
      </w:pPr>
      <w:r>
        <w:t>Creation of clinical practice tools or decision aids</w:t>
      </w:r>
    </w:p>
    <w:p w14:paraId="49D02E11" w14:textId="77777777" w:rsidR="001E2BCF" w:rsidRDefault="00997887" w:rsidP="001E2BCF">
      <w:pPr>
        <w:pStyle w:val="ListParagraph"/>
        <w:numPr>
          <w:ilvl w:val="0"/>
          <w:numId w:val="13"/>
        </w:numPr>
      </w:pPr>
      <w:r>
        <w:t>Development of educational or training curricula</w:t>
      </w:r>
    </w:p>
    <w:p w14:paraId="38F0F9D9" w14:textId="77777777" w:rsidR="001E2BCF" w:rsidRDefault="00997887" w:rsidP="001E2BCF">
      <w:pPr>
        <w:pStyle w:val="ListParagraph"/>
        <w:numPr>
          <w:ilvl w:val="0"/>
          <w:numId w:val="13"/>
        </w:numPr>
      </w:pPr>
      <w:r>
        <w:t>Implementation of quality improvement initiatives</w:t>
      </w:r>
    </w:p>
    <w:p w14:paraId="361E41FF" w14:textId="77777777" w:rsidR="001E2BCF" w:rsidRDefault="00997887" w:rsidP="001E2BCF">
      <w:pPr>
        <w:pStyle w:val="ListParagraph"/>
        <w:numPr>
          <w:ilvl w:val="0"/>
          <w:numId w:val="13"/>
        </w:numPr>
      </w:pPr>
      <w:r>
        <w:t>Development of new services, programs, or digital tools that advance the profession</w:t>
      </w:r>
    </w:p>
    <w:p w14:paraId="0BF26682" w14:textId="54894395" w:rsidR="00997887" w:rsidRDefault="00997887" w:rsidP="001E2BCF">
      <w:r>
        <w:t xml:space="preserve">Applicants should describe the innovation, its purpose, and </w:t>
      </w:r>
      <w:r w:rsidR="00E140C7">
        <w:t>any known or intended</w:t>
      </w:r>
      <w:r w:rsidR="007A2314">
        <w:t xml:space="preserve"> impact or</w:t>
      </w:r>
      <w:r w:rsidR="00E140C7">
        <w:t xml:space="preserve"> outcomes</w:t>
      </w:r>
      <w:r>
        <w:t xml:space="preserve">. Points will be </w:t>
      </w:r>
      <w:proofErr w:type="gramStart"/>
      <w:r>
        <w:t>awarded</w:t>
      </w:r>
      <w:proofErr w:type="gramEnd"/>
      <w:r>
        <w:t xml:space="preserve"> based on originality, relevance to SPPCP’s mission, and impact or adoption.</w:t>
      </w:r>
    </w:p>
    <w:tbl>
      <w:tblPr>
        <w:tblStyle w:val="TableGrid"/>
        <w:tblW w:w="0" w:type="auto"/>
        <w:tblLook w:val="04A0" w:firstRow="1" w:lastRow="0" w:firstColumn="1" w:lastColumn="0" w:noHBand="0" w:noVBand="1"/>
      </w:tblPr>
      <w:tblGrid>
        <w:gridCol w:w="2159"/>
        <w:gridCol w:w="2157"/>
        <w:gridCol w:w="2158"/>
        <w:gridCol w:w="2156"/>
      </w:tblGrid>
      <w:tr w:rsidR="00997887" w14:paraId="22CA28B5" w14:textId="77777777" w:rsidTr="00997887">
        <w:tc>
          <w:tcPr>
            <w:tcW w:w="2160" w:type="dxa"/>
            <w:shd w:val="clear" w:color="auto" w:fill="F2F2F2" w:themeFill="background1" w:themeFillShade="F2"/>
          </w:tcPr>
          <w:p w14:paraId="6D532FBD" w14:textId="77777777" w:rsidR="00997887" w:rsidRPr="00997887" w:rsidRDefault="00997887">
            <w:pPr>
              <w:rPr>
                <w:b/>
                <w:bCs/>
              </w:rPr>
            </w:pPr>
            <w:r w:rsidRPr="00997887">
              <w:rPr>
                <w:b/>
                <w:bCs/>
              </w:rPr>
              <w:t>Title or Name of Innovation/Program</w:t>
            </w:r>
          </w:p>
        </w:tc>
        <w:tc>
          <w:tcPr>
            <w:tcW w:w="2160" w:type="dxa"/>
            <w:shd w:val="clear" w:color="auto" w:fill="F2F2F2" w:themeFill="background1" w:themeFillShade="F2"/>
          </w:tcPr>
          <w:p w14:paraId="2B5B4D70" w14:textId="77777777" w:rsidR="00997887" w:rsidRPr="00997887" w:rsidRDefault="00997887">
            <w:pPr>
              <w:rPr>
                <w:b/>
                <w:bCs/>
              </w:rPr>
            </w:pPr>
            <w:r w:rsidRPr="00997887">
              <w:rPr>
                <w:b/>
                <w:bCs/>
              </w:rPr>
              <w:t>Description of Contribution</w:t>
            </w:r>
          </w:p>
        </w:tc>
        <w:tc>
          <w:tcPr>
            <w:tcW w:w="2160" w:type="dxa"/>
            <w:shd w:val="clear" w:color="auto" w:fill="F2F2F2" w:themeFill="background1" w:themeFillShade="F2"/>
          </w:tcPr>
          <w:p w14:paraId="68B68B31" w14:textId="77777777" w:rsidR="00997887" w:rsidRPr="00997887" w:rsidRDefault="00997887">
            <w:pPr>
              <w:rPr>
                <w:b/>
                <w:bCs/>
              </w:rPr>
            </w:pPr>
            <w:r w:rsidRPr="00997887">
              <w:rPr>
                <w:b/>
                <w:bCs/>
              </w:rPr>
              <w:t>Date(s) of Implementation</w:t>
            </w:r>
          </w:p>
        </w:tc>
        <w:tc>
          <w:tcPr>
            <w:tcW w:w="2160" w:type="dxa"/>
            <w:shd w:val="clear" w:color="auto" w:fill="F2F2F2" w:themeFill="background1" w:themeFillShade="F2"/>
          </w:tcPr>
          <w:p w14:paraId="3E06B7E9" w14:textId="241797AE" w:rsidR="00997887" w:rsidRPr="00997887" w:rsidRDefault="00997887">
            <w:pPr>
              <w:rPr>
                <w:b/>
                <w:bCs/>
              </w:rPr>
            </w:pPr>
            <w:r w:rsidRPr="00997887">
              <w:rPr>
                <w:b/>
                <w:bCs/>
              </w:rPr>
              <w:t>Impact or Outcome (if known)</w:t>
            </w:r>
            <w:r w:rsidR="00EC5DEA">
              <w:rPr>
                <w:b/>
                <w:bCs/>
              </w:rPr>
              <w:t xml:space="preserve"> (e.g. number of patients seen or </w:t>
            </w:r>
            <w:r w:rsidR="007A2314">
              <w:rPr>
                <w:b/>
                <w:bCs/>
              </w:rPr>
              <w:t>increased</w:t>
            </w:r>
            <w:r w:rsidR="00EC5DEA">
              <w:rPr>
                <w:b/>
                <w:bCs/>
              </w:rPr>
              <w:t xml:space="preserve"> in </w:t>
            </w:r>
            <w:r w:rsidR="007A2314">
              <w:rPr>
                <w:b/>
                <w:bCs/>
              </w:rPr>
              <w:t xml:space="preserve">% </w:t>
            </w:r>
            <w:r w:rsidR="00EC5DEA">
              <w:rPr>
                <w:b/>
                <w:bCs/>
              </w:rPr>
              <w:t>FTE</w:t>
            </w:r>
          </w:p>
        </w:tc>
      </w:tr>
      <w:tr w:rsidR="00997887" w14:paraId="4210573E" w14:textId="77777777">
        <w:tc>
          <w:tcPr>
            <w:tcW w:w="2160" w:type="dxa"/>
          </w:tcPr>
          <w:p w14:paraId="40887109" w14:textId="77777777" w:rsidR="00997887" w:rsidRDefault="00997887"/>
        </w:tc>
        <w:tc>
          <w:tcPr>
            <w:tcW w:w="2160" w:type="dxa"/>
          </w:tcPr>
          <w:p w14:paraId="4D653279" w14:textId="77777777" w:rsidR="00997887" w:rsidRDefault="00997887"/>
        </w:tc>
        <w:tc>
          <w:tcPr>
            <w:tcW w:w="2160" w:type="dxa"/>
          </w:tcPr>
          <w:p w14:paraId="3E4E1B62" w14:textId="77777777" w:rsidR="00997887" w:rsidRDefault="00997887"/>
        </w:tc>
        <w:tc>
          <w:tcPr>
            <w:tcW w:w="2160" w:type="dxa"/>
          </w:tcPr>
          <w:p w14:paraId="557D46C2" w14:textId="77777777" w:rsidR="00997887" w:rsidRDefault="00997887"/>
        </w:tc>
      </w:tr>
      <w:tr w:rsidR="00997887" w14:paraId="648056D4" w14:textId="77777777">
        <w:tc>
          <w:tcPr>
            <w:tcW w:w="2160" w:type="dxa"/>
          </w:tcPr>
          <w:p w14:paraId="07EFCC67" w14:textId="77777777" w:rsidR="00997887" w:rsidRDefault="00997887"/>
        </w:tc>
        <w:tc>
          <w:tcPr>
            <w:tcW w:w="2160" w:type="dxa"/>
          </w:tcPr>
          <w:p w14:paraId="15814DF5" w14:textId="77777777" w:rsidR="00997887" w:rsidRDefault="00997887"/>
        </w:tc>
        <w:tc>
          <w:tcPr>
            <w:tcW w:w="2160" w:type="dxa"/>
          </w:tcPr>
          <w:p w14:paraId="1C986EDF" w14:textId="77777777" w:rsidR="00997887" w:rsidRDefault="00997887"/>
        </w:tc>
        <w:tc>
          <w:tcPr>
            <w:tcW w:w="2160" w:type="dxa"/>
          </w:tcPr>
          <w:p w14:paraId="1EE223B3" w14:textId="77777777" w:rsidR="00997887" w:rsidRDefault="00997887"/>
        </w:tc>
      </w:tr>
      <w:tr w:rsidR="00997887" w14:paraId="3AF1F7CF" w14:textId="77777777">
        <w:tc>
          <w:tcPr>
            <w:tcW w:w="2160" w:type="dxa"/>
          </w:tcPr>
          <w:p w14:paraId="2A8FE3D3" w14:textId="77777777" w:rsidR="00997887" w:rsidRDefault="00997887"/>
        </w:tc>
        <w:tc>
          <w:tcPr>
            <w:tcW w:w="2160" w:type="dxa"/>
          </w:tcPr>
          <w:p w14:paraId="6D23E333" w14:textId="77777777" w:rsidR="00997887" w:rsidRDefault="00997887"/>
        </w:tc>
        <w:tc>
          <w:tcPr>
            <w:tcW w:w="2160" w:type="dxa"/>
          </w:tcPr>
          <w:p w14:paraId="14D01BA8" w14:textId="77777777" w:rsidR="00997887" w:rsidRDefault="00997887"/>
        </w:tc>
        <w:tc>
          <w:tcPr>
            <w:tcW w:w="2160" w:type="dxa"/>
          </w:tcPr>
          <w:p w14:paraId="0EC1C6BD" w14:textId="77777777" w:rsidR="00997887" w:rsidRDefault="00997887"/>
        </w:tc>
      </w:tr>
      <w:tr w:rsidR="00997887" w14:paraId="4D017BD3" w14:textId="77777777">
        <w:tc>
          <w:tcPr>
            <w:tcW w:w="2160" w:type="dxa"/>
          </w:tcPr>
          <w:p w14:paraId="6FBC8E0C" w14:textId="77777777" w:rsidR="00997887" w:rsidRDefault="00997887"/>
        </w:tc>
        <w:tc>
          <w:tcPr>
            <w:tcW w:w="2160" w:type="dxa"/>
          </w:tcPr>
          <w:p w14:paraId="2FA25800" w14:textId="77777777" w:rsidR="00997887" w:rsidRDefault="00997887"/>
        </w:tc>
        <w:tc>
          <w:tcPr>
            <w:tcW w:w="2160" w:type="dxa"/>
          </w:tcPr>
          <w:p w14:paraId="0216B239" w14:textId="77777777" w:rsidR="00997887" w:rsidRDefault="00997887"/>
        </w:tc>
        <w:tc>
          <w:tcPr>
            <w:tcW w:w="2160" w:type="dxa"/>
          </w:tcPr>
          <w:p w14:paraId="3BBFED5A" w14:textId="77777777" w:rsidR="00997887" w:rsidRDefault="00997887"/>
        </w:tc>
      </w:tr>
    </w:tbl>
    <w:p w14:paraId="173B7F85" w14:textId="77777777" w:rsidR="00997887" w:rsidRDefault="00997887" w:rsidP="008A3C00">
      <w:pPr>
        <w:pStyle w:val="Heading2"/>
        <w:spacing w:before="0" w:line="240" w:lineRule="auto"/>
        <w:contextualSpacing/>
      </w:pPr>
    </w:p>
    <w:p w14:paraId="3D6B3013" w14:textId="77777777" w:rsidR="00A45BE1" w:rsidRDefault="00A45BE1">
      <w:pPr>
        <w:rPr>
          <w:rFonts w:asciiTheme="majorHAnsi" w:eastAsiaTheme="majorEastAsia" w:hAnsiTheme="majorHAnsi" w:cstheme="majorBidi"/>
          <w:b/>
          <w:bCs/>
          <w:color w:val="4F81BD" w:themeColor="accent1"/>
          <w:sz w:val="26"/>
          <w:szCs w:val="26"/>
        </w:rPr>
      </w:pPr>
      <w:r>
        <w:br w:type="page"/>
      </w:r>
    </w:p>
    <w:p w14:paraId="3306A7EA" w14:textId="19286303" w:rsidR="005E1F1A" w:rsidRDefault="005E1F1A" w:rsidP="005E1F1A">
      <w:pPr>
        <w:pStyle w:val="Heading2"/>
        <w:spacing w:before="0" w:line="240" w:lineRule="auto"/>
        <w:contextualSpacing/>
      </w:pPr>
      <w:r>
        <w:lastRenderedPageBreak/>
        <w:t>Section VII</w:t>
      </w:r>
      <w:r w:rsidR="00986D46">
        <w:t>I</w:t>
      </w:r>
      <w:r>
        <w:t>: Community Engagement &amp; Service (Max 30 points)</w:t>
      </w:r>
    </w:p>
    <w:p w14:paraId="21648EBB" w14:textId="77777777" w:rsidR="005E1F1A" w:rsidRDefault="005E1F1A" w:rsidP="005E1F1A">
      <w:pPr>
        <w:spacing w:after="0" w:line="240" w:lineRule="auto"/>
        <w:contextualSpacing/>
      </w:pPr>
      <w:r>
        <w:t>This section recognizes contributions outside professional practice that align with SPPCP’s mission, vision, and values</w:t>
      </w:r>
      <w:r w:rsidRPr="000A32DE">
        <w:t>. Applicants</w:t>
      </w:r>
      <w:r>
        <w:t xml:space="preserve"> should list community education, advocacy, and charitable service activities, especially those that support public awareness in pain management, palliative care, hospice, substance use </w:t>
      </w:r>
      <w:r w:rsidRPr="000A32DE">
        <w:t>disorder, or related areas.</w:t>
      </w:r>
      <w:r>
        <w:t xml:space="preserve"> Contributions may advance the SPPCP mission, vision, and values in serving the profession, patients, or pain management, palliative care, hospice, substance use disorder, or related communities. </w:t>
      </w:r>
    </w:p>
    <w:p w14:paraId="29C463CB" w14:textId="77777777" w:rsidR="005E1F1A" w:rsidRDefault="005E1F1A" w:rsidP="005E1F1A">
      <w:pPr>
        <w:spacing w:after="0" w:line="240" w:lineRule="auto"/>
        <w:contextualSpacing/>
      </w:pPr>
    </w:p>
    <w:tbl>
      <w:tblPr>
        <w:tblStyle w:val="TableGrid"/>
        <w:tblW w:w="5000" w:type="pct"/>
        <w:tblLook w:val="04A0" w:firstRow="1" w:lastRow="0" w:firstColumn="1" w:lastColumn="0" w:noHBand="0" w:noVBand="1"/>
      </w:tblPr>
      <w:tblGrid>
        <w:gridCol w:w="2514"/>
        <w:gridCol w:w="3366"/>
        <w:gridCol w:w="2750"/>
      </w:tblGrid>
      <w:tr w:rsidR="005E1F1A" w14:paraId="06BEED94" w14:textId="77777777">
        <w:tc>
          <w:tcPr>
            <w:tcW w:w="5000" w:type="pct"/>
            <w:gridSpan w:val="3"/>
            <w:shd w:val="clear" w:color="auto" w:fill="F2F2F2" w:themeFill="background1" w:themeFillShade="F2"/>
          </w:tcPr>
          <w:p w14:paraId="6E351DA3" w14:textId="77777777" w:rsidR="005E1F1A" w:rsidRPr="000A32DE" w:rsidRDefault="005E1F1A">
            <w:pPr>
              <w:contextualSpacing/>
              <w:jc w:val="center"/>
              <w:rPr>
                <w:b/>
                <w:bCs/>
              </w:rPr>
            </w:pPr>
            <w:r w:rsidRPr="000A32DE">
              <w:rPr>
                <w:b/>
                <w:bCs/>
              </w:rPr>
              <w:t>Community Education</w:t>
            </w:r>
            <w:r>
              <w:rPr>
                <w:b/>
                <w:bCs/>
              </w:rPr>
              <w:t xml:space="preserve"> </w:t>
            </w:r>
            <w:r w:rsidRPr="000A32DE">
              <w:rPr>
                <w:b/>
                <w:bCs/>
              </w:rPr>
              <w:t>(Max 10 pts)</w:t>
            </w:r>
          </w:p>
        </w:tc>
      </w:tr>
      <w:tr w:rsidR="005E1F1A" w14:paraId="776993B6" w14:textId="77777777">
        <w:tc>
          <w:tcPr>
            <w:tcW w:w="1457" w:type="pct"/>
          </w:tcPr>
          <w:p w14:paraId="65AD07E0" w14:textId="77777777" w:rsidR="005E1F1A" w:rsidRPr="000A32DE" w:rsidRDefault="005E1F1A">
            <w:pPr>
              <w:contextualSpacing/>
              <w:rPr>
                <w:b/>
                <w:bCs/>
              </w:rPr>
            </w:pPr>
            <w:r w:rsidRPr="000A32DE">
              <w:rPr>
                <w:b/>
                <w:bCs/>
              </w:rPr>
              <w:t>Role</w:t>
            </w:r>
          </w:p>
        </w:tc>
        <w:tc>
          <w:tcPr>
            <w:tcW w:w="1950" w:type="pct"/>
          </w:tcPr>
          <w:p w14:paraId="3A1416A9" w14:textId="77777777" w:rsidR="005E1F1A" w:rsidRPr="000A32DE" w:rsidRDefault="005E1F1A">
            <w:pPr>
              <w:contextualSpacing/>
              <w:rPr>
                <w:b/>
                <w:bCs/>
              </w:rPr>
            </w:pPr>
            <w:r w:rsidRPr="000A32DE">
              <w:rPr>
                <w:b/>
                <w:bCs/>
              </w:rPr>
              <w:t>Scope (Local/Regional/National)</w:t>
            </w:r>
          </w:p>
        </w:tc>
        <w:tc>
          <w:tcPr>
            <w:tcW w:w="1593" w:type="pct"/>
          </w:tcPr>
          <w:p w14:paraId="2FB615A8" w14:textId="30F28BF0" w:rsidR="005E1F1A" w:rsidRPr="000A32DE" w:rsidRDefault="003E11A9">
            <w:pPr>
              <w:contextualSpacing/>
              <w:rPr>
                <w:b/>
                <w:bCs/>
              </w:rPr>
            </w:pPr>
            <w:r w:rsidRPr="00997887">
              <w:rPr>
                <w:b/>
                <w:bCs/>
              </w:rPr>
              <w:t>Date(s) of Implementation</w:t>
            </w:r>
          </w:p>
        </w:tc>
      </w:tr>
      <w:tr w:rsidR="005E1F1A" w14:paraId="6AC53063" w14:textId="77777777">
        <w:tc>
          <w:tcPr>
            <w:tcW w:w="1457" w:type="pct"/>
          </w:tcPr>
          <w:p w14:paraId="2854AA79" w14:textId="77777777" w:rsidR="005E1F1A" w:rsidRDefault="005E1F1A">
            <w:pPr>
              <w:contextualSpacing/>
            </w:pPr>
          </w:p>
        </w:tc>
        <w:tc>
          <w:tcPr>
            <w:tcW w:w="1950" w:type="pct"/>
          </w:tcPr>
          <w:p w14:paraId="531CB973" w14:textId="77777777" w:rsidR="005E1F1A" w:rsidRDefault="005E1F1A">
            <w:pPr>
              <w:contextualSpacing/>
            </w:pPr>
          </w:p>
        </w:tc>
        <w:tc>
          <w:tcPr>
            <w:tcW w:w="1593" w:type="pct"/>
          </w:tcPr>
          <w:p w14:paraId="10035449" w14:textId="77777777" w:rsidR="005E1F1A" w:rsidRDefault="005E1F1A">
            <w:pPr>
              <w:contextualSpacing/>
            </w:pPr>
          </w:p>
        </w:tc>
      </w:tr>
      <w:tr w:rsidR="005E1F1A" w14:paraId="6C1FC835" w14:textId="77777777">
        <w:tc>
          <w:tcPr>
            <w:tcW w:w="1457" w:type="pct"/>
          </w:tcPr>
          <w:p w14:paraId="29DE24D3" w14:textId="77777777" w:rsidR="005E1F1A" w:rsidRDefault="005E1F1A">
            <w:pPr>
              <w:contextualSpacing/>
            </w:pPr>
          </w:p>
        </w:tc>
        <w:tc>
          <w:tcPr>
            <w:tcW w:w="1950" w:type="pct"/>
          </w:tcPr>
          <w:p w14:paraId="4A378AD8" w14:textId="77777777" w:rsidR="005E1F1A" w:rsidRDefault="005E1F1A">
            <w:pPr>
              <w:contextualSpacing/>
            </w:pPr>
          </w:p>
        </w:tc>
        <w:tc>
          <w:tcPr>
            <w:tcW w:w="1593" w:type="pct"/>
          </w:tcPr>
          <w:p w14:paraId="4FD6524A" w14:textId="77777777" w:rsidR="005E1F1A" w:rsidRDefault="005E1F1A">
            <w:pPr>
              <w:contextualSpacing/>
            </w:pPr>
          </w:p>
        </w:tc>
      </w:tr>
      <w:tr w:rsidR="005E1F1A" w14:paraId="5F139D27" w14:textId="77777777">
        <w:tc>
          <w:tcPr>
            <w:tcW w:w="1457" w:type="pct"/>
          </w:tcPr>
          <w:p w14:paraId="1A50859A" w14:textId="77777777" w:rsidR="005E1F1A" w:rsidRDefault="005E1F1A">
            <w:pPr>
              <w:contextualSpacing/>
            </w:pPr>
          </w:p>
        </w:tc>
        <w:tc>
          <w:tcPr>
            <w:tcW w:w="1950" w:type="pct"/>
          </w:tcPr>
          <w:p w14:paraId="1E223173" w14:textId="77777777" w:rsidR="005E1F1A" w:rsidRDefault="005E1F1A">
            <w:pPr>
              <w:contextualSpacing/>
            </w:pPr>
          </w:p>
        </w:tc>
        <w:tc>
          <w:tcPr>
            <w:tcW w:w="1593" w:type="pct"/>
          </w:tcPr>
          <w:p w14:paraId="20CFCDB7" w14:textId="77777777" w:rsidR="005E1F1A" w:rsidRDefault="005E1F1A">
            <w:pPr>
              <w:contextualSpacing/>
            </w:pPr>
          </w:p>
        </w:tc>
      </w:tr>
      <w:tr w:rsidR="005E1F1A" w14:paraId="7B56B01C" w14:textId="77777777">
        <w:tc>
          <w:tcPr>
            <w:tcW w:w="5000" w:type="pct"/>
            <w:gridSpan w:val="3"/>
            <w:shd w:val="clear" w:color="auto" w:fill="F2F2F2" w:themeFill="background1" w:themeFillShade="F2"/>
          </w:tcPr>
          <w:p w14:paraId="0E80B970" w14:textId="77777777" w:rsidR="005E1F1A" w:rsidRPr="000A32DE" w:rsidRDefault="005E1F1A">
            <w:pPr>
              <w:contextualSpacing/>
              <w:jc w:val="center"/>
              <w:rPr>
                <w:b/>
                <w:bCs/>
              </w:rPr>
            </w:pPr>
            <w:r w:rsidRPr="000A32DE">
              <w:rPr>
                <w:b/>
                <w:bCs/>
              </w:rPr>
              <w:t>Advocacy Activity</w:t>
            </w:r>
            <w:r>
              <w:rPr>
                <w:b/>
                <w:bCs/>
              </w:rPr>
              <w:t xml:space="preserve"> </w:t>
            </w:r>
            <w:r w:rsidRPr="000A32DE">
              <w:rPr>
                <w:b/>
                <w:bCs/>
              </w:rPr>
              <w:t>(Max 10 pts)</w:t>
            </w:r>
          </w:p>
        </w:tc>
      </w:tr>
      <w:tr w:rsidR="005E1F1A" w14:paraId="00D710D3" w14:textId="77777777">
        <w:tc>
          <w:tcPr>
            <w:tcW w:w="1457" w:type="pct"/>
          </w:tcPr>
          <w:p w14:paraId="47AF2BBD" w14:textId="77777777" w:rsidR="005E1F1A" w:rsidRPr="000A32DE" w:rsidRDefault="005E1F1A">
            <w:pPr>
              <w:contextualSpacing/>
              <w:rPr>
                <w:b/>
                <w:bCs/>
              </w:rPr>
            </w:pPr>
            <w:r w:rsidRPr="000A32DE">
              <w:rPr>
                <w:b/>
                <w:bCs/>
              </w:rPr>
              <w:t>Role</w:t>
            </w:r>
          </w:p>
        </w:tc>
        <w:tc>
          <w:tcPr>
            <w:tcW w:w="1950" w:type="pct"/>
          </w:tcPr>
          <w:p w14:paraId="262DDE62" w14:textId="0967CE26" w:rsidR="005E1F1A" w:rsidRPr="000A32DE" w:rsidRDefault="005E1F1A">
            <w:pPr>
              <w:contextualSpacing/>
              <w:rPr>
                <w:b/>
                <w:bCs/>
              </w:rPr>
            </w:pPr>
            <w:r w:rsidRPr="000A32DE">
              <w:rPr>
                <w:b/>
                <w:bCs/>
              </w:rPr>
              <w:t>Scope</w:t>
            </w:r>
            <w:r w:rsidR="00E5522D">
              <w:rPr>
                <w:b/>
                <w:bCs/>
              </w:rPr>
              <w:t xml:space="preserve"> </w:t>
            </w:r>
            <w:r w:rsidR="00E5522D" w:rsidRPr="000A32DE">
              <w:rPr>
                <w:b/>
                <w:bCs/>
              </w:rPr>
              <w:t>(Local/Regional/National)</w:t>
            </w:r>
          </w:p>
        </w:tc>
        <w:tc>
          <w:tcPr>
            <w:tcW w:w="1593" w:type="pct"/>
          </w:tcPr>
          <w:p w14:paraId="48B91E95" w14:textId="6D06836C" w:rsidR="005E1F1A" w:rsidRPr="000A32DE" w:rsidRDefault="003E11A9">
            <w:pPr>
              <w:contextualSpacing/>
              <w:rPr>
                <w:b/>
                <w:bCs/>
              </w:rPr>
            </w:pPr>
            <w:r w:rsidRPr="00997887">
              <w:rPr>
                <w:b/>
                <w:bCs/>
              </w:rPr>
              <w:t>Date(s) of Implementation</w:t>
            </w:r>
          </w:p>
        </w:tc>
      </w:tr>
      <w:tr w:rsidR="005E1F1A" w14:paraId="7F48DAF4" w14:textId="77777777">
        <w:tc>
          <w:tcPr>
            <w:tcW w:w="1457" w:type="pct"/>
          </w:tcPr>
          <w:p w14:paraId="55AD2832" w14:textId="77777777" w:rsidR="005E1F1A" w:rsidRDefault="005E1F1A">
            <w:pPr>
              <w:contextualSpacing/>
            </w:pPr>
          </w:p>
        </w:tc>
        <w:tc>
          <w:tcPr>
            <w:tcW w:w="1950" w:type="pct"/>
          </w:tcPr>
          <w:p w14:paraId="6EEBF32F" w14:textId="77777777" w:rsidR="005E1F1A" w:rsidRDefault="005E1F1A">
            <w:pPr>
              <w:contextualSpacing/>
            </w:pPr>
          </w:p>
        </w:tc>
        <w:tc>
          <w:tcPr>
            <w:tcW w:w="1593" w:type="pct"/>
          </w:tcPr>
          <w:p w14:paraId="6CDD4264" w14:textId="77777777" w:rsidR="005E1F1A" w:rsidRDefault="005E1F1A">
            <w:pPr>
              <w:contextualSpacing/>
            </w:pPr>
          </w:p>
        </w:tc>
      </w:tr>
      <w:tr w:rsidR="005E1F1A" w14:paraId="25736E09" w14:textId="77777777">
        <w:tc>
          <w:tcPr>
            <w:tcW w:w="1457" w:type="pct"/>
          </w:tcPr>
          <w:p w14:paraId="2904C0BF" w14:textId="77777777" w:rsidR="005E1F1A" w:rsidRDefault="005E1F1A">
            <w:pPr>
              <w:contextualSpacing/>
            </w:pPr>
          </w:p>
        </w:tc>
        <w:tc>
          <w:tcPr>
            <w:tcW w:w="1950" w:type="pct"/>
          </w:tcPr>
          <w:p w14:paraId="36632DD6" w14:textId="77777777" w:rsidR="005E1F1A" w:rsidRDefault="005E1F1A">
            <w:pPr>
              <w:contextualSpacing/>
            </w:pPr>
          </w:p>
        </w:tc>
        <w:tc>
          <w:tcPr>
            <w:tcW w:w="1593" w:type="pct"/>
          </w:tcPr>
          <w:p w14:paraId="15E24B67" w14:textId="77777777" w:rsidR="005E1F1A" w:rsidRDefault="005E1F1A">
            <w:pPr>
              <w:contextualSpacing/>
            </w:pPr>
          </w:p>
        </w:tc>
      </w:tr>
      <w:tr w:rsidR="005E1F1A" w14:paraId="78D2A76E" w14:textId="77777777">
        <w:tc>
          <w:tcPr>
            <w:tcW w:w="1457" w:type="pct"/>
          </w:tcPr>
          <w:p w14:paraId="58510AE9" w14:textId="77777777" w:rsidR="005E1F1A" w:rsidRDefault="005E1F1A">
            <w:pPr>
              <w:contextualSpacing/>
            </w:pPr>
          </w:p>
        </w:tc>
        <w:tc>
          <w:tcPr>
            <w:tcW w:w="1950" w:type="pct"/>
          </w:tcPr>
          <w:p w14:paraId="381C7CF6" w14:textId="77777777" w:rsidR="005E1F1A" w:rsidRDefault="005E1F1A">
            <w:pPr>
              <w:contextualSpacing/>
            </w:pPr>
          </w:p>
        </w:tc>
        <w:tc>
          <w:tcPr>
            <w:tcW w:w="1593" w:type="pct"/>
          </w:tcPr>
          <w:p w14:paraId="37F2CDEC" w14:textId="77777777" w:rsidR="005E1F1A" w:rsidRDefault="005E1F1A">
            <w:pPr>
              <w:contextualSpacing/>
            </w:pPr>
          </w:p>
        </w:tc>
      </w:tr>
      <w:tr w:rsidR="005E1F1A" w14:paraId="4EBC40A1" w14:textId="77777777">
        <w:tc>
          <w:tcPr>
            <w:tcW w:w="5000" w:type="pct"/>
            <w:gridSpan w:val="3"/>
            <w:shd w:val="clear" w:color="auto" w:fill="F2F2F2" w:themeFill="background1" w:themeFillShade="F2"/>
          </w:tcPr>
          <w:p w14:paraId="446E18DA" w14:textId="77777777" w:rsidR="005E1F1A" w:rsidRDefault="005E1F1A">
            <w:pPr>
              <w:contextualSpacing/>
              <w:jc w:val="center"/>
            </w:pPr>
            <w:r w:rsidRPr="000A32DE">
              <w:rPr>
                <w:b/>
                <w:bCs/>
              </w:rPr>
              <w:t>Charitable Service</w:t>
            </w:r>
            <w:r>
              <w:rPr>
                <w:b/>
                <w:bCs/>
              </w:rPr>
              <w:t xml:space="preserve"> </w:t>
            </w:r>
            <w:r w:rsidRPr="000A32DE">
              <w:rPr>
                <w:b/>
                <w:bCs/>
              </w:rPr>
              <w:t>(Max 10 pts)</w:t>
            </w:r>
          </w:p>
        </w:tc>
      </w:tr>
      <w:tr w:rsidR="005E1F1A" w14:paraId="605923C1" w14:textId="77777777">
        <w:tc>
          <w:tcPr>
            <w:tcW w:w="1457" w:type="pct"/>
          </w:tcPr>
          <w:p w14:paraId="27084DBC" w14:textId="77777777" w:rsidR="005E1F1A" w:rsidRPr="000A32DE" w:rsidRDefault="005E1F1A">
            <w:pPr>
              <w:contextualSpacing/>
              <w:rPr>
                <w:b/>
                <w:bCs/>
              </w:rPr>
            </w:pPr>
            <w:r w:rsidRPr="000A32DE">
              <w:rPr>
                <w:b/>
                <w:bCs/>
              </w:rPr>
              <w:t>Role</w:t>
            </w:r>
          </w:p>
        </w:tc>
        <w:tc>
          <w:tcPr>
            <w:tcW w:w="1950" w:type="pct"/>
          </w:tcPr>
          <w:p w14:paraId="049AF8B2" w14:textId="2DECB74D" w:rsidR="005E1F1A" w:rsidRPr="000A32DE" w:rsidRDefault="00E5522D">
            <w:pPr>
              <w:contextualSpacing/>
              <w:rPr>
                <w:b/>
                <w:bCs/>
              </w:rPr>
            </w:pPr>
            <w:r>
              <w:rPr>
                <w:b/>
                <w:bCs/>
              </w:rPr>
              <w:t xml:space="preserve">Scope </w:t>
            </w:r>
            <w:r w:rsidRPr="000A32DE">
              <w:rPr>
                <w:b/>
                <w:bCs/>
              </w:rPr>
              <w:t>(Local/Regional/National)</w:t>
            </w:r>
          </w:p>
        </w:tc>
        <w:tc>
          <w:tcPr>
            <w:tcW w:w="1593" w:type="pct"/>
          </w:tcPr>
          <w:p w14:paraId="48437E82" w14:textId="6D40E28E" w:rsidR="005E1F1A" w:rsidRPr="000A32DE" w:rsidRDefault="003E11A9">
            <w:pPr>
              <w:contextualSpacing/>
              <w:rPr>
                <w:b/>
                <w:bCs/>
              </w:rPr>
            </w:pPr>
            <w:r w:rsidRPr="00997887">
              <w:rPr>
                <w:b/>
                <w:bCs/>
              </w:rPr>
              <w:t>Date(s) of Implementation</w:t>
            </w:r>
          </w:p>
        </w:tc>
      </w:tr>
      <w:tr w:rsidR="005E1F1A" w14:paraId="2678D562" w14:textId="77777777">
        <w:tc>
          <w:tcPr>
            <w:tcW w:w="1457" w:type="pct"/>
          </w:tcPr>
          <w:p w14:paraId="56BD9DD8" w14:textId="77777777" w:rsidR="005E1F1A" w:rsidRDefault="005E1F1A">
            <w:pPr>
              <w:contextualSpacing/>
            </w:pPr>
          </w:p>
        </w:tc>
        <w:tc>
          <w:tcPr>
            <w:tcW w:w="1950" w:type="pct"/>
          </w:tcPr>
          <w:p w14:paraId="435D558A" w14:textId="77777777" w:rsidR="005E1F1A" w:rsidRDefault="005E1F1A">
            <w:pPr>
              <w:contextualSpacing/>
            </w:pPr>
          </w:p>
        </w:tc>
        <w:tc>
          <w:tcPr>
            <w:tcW w:w="1593" w:type="pct"/>
          </w:tcPr>
          <w:p w14:paraId="6EA76273" w14:textId="77777777" w:rsidR="005E1F1A" w:rsidRDefault="005E1F1A">
            <w:pPr>
              <w:contextualSpacing/>
            </w:pPr>
          </w:p>
        </w:tc>
      </w:tr>
      <w:tr w:rsidR="005E1F1A" w14:paraId="3A3892DE" w14:textId="77777777">
        <w:tc>
          <w:tcPr>
            <w:tcW w:w="1457" w:type="pct"/>
          </w:tcPr>
          <w:p w14:paraId="049ED0F8" w14:textId="77777777" w:rsidR="005E1F1A" w:rsidRDefault="005E1F1A">
            <w:pPr>
              <w:contextualSpacing/>
            </w:pPr>
          </w:p>
        </w:tc>
        <w:tc>
          <w:tcPr>
            <w:tcW w:w="1950" w:type="pct"/>
          </w:tcPr>
          <w:p w14:paraId="5BC36EB1" w14:textId="77777777" w:rsidR="005E1F1A" w:rsidRDefault="005E1F1A">
            <w:pPr>
              <w:contextualSpacing/>
            </w:pPr>
          </w:p>
        </w:tc>
        <w:tc>
          <w:tcPr>
            <w:tcW w:w="1593" w:type="pct"/>
          </w:tcPr>
          <w:p w14:paraId="737A69C5" w14:textId="77777777" w:rsidR="005E1F1A" w:rsidRDefault="005E1F1A">
            <w:pPr>
              <w:contextualSpacing/>
            </w:pPr>
          </w:p>
        </w:tc>
      </w:tr>
      <w:tr w:rsidR="005E1F1A" w14:paraId="66009DD1" w14:textId="77777777">
        <w:tc>
          <w:tcPr>
            <w:tcW w:w="1457" w:type="pct"/>
          </w:tcPr>
          <w:p w14:paraId="2767227F" w14:textId="77777777" w:rsidR="005E1F1A" w:rsidRDefault="005E1F1A">
            <w:pPr>
              <w:contextualSpacing/>
            </w:pPr>
          </w:p>
        </w:tc>
        <w:tc>
          <w:tcPr>
            <w:tcW w:w="1950" w:type="pct"/>
          </w:tcPr>
          <w:p w14:paraId="3AA31F6E" w14:textId="77777777" w:rsidR="005E1F1A" w:rsidRDefault="005E1F1A">
            <w:pPr>
              <w:contextualSpacing/>
            </w:pPr>
          </w:p>
        </w:tc>
        <w:tc>
          <w:tcPr>
            <w:tcW w:w="1593" w:type="pct"/>
          </w:tcPr>
          <w:p w14:paraId="1EF988C5" w14:textId="77777777" w:rsidR="005E1F1A" w:rsidRDefault="005E1F1A">
            <w:pPr>
              <w:contextualSpacing/>
            </w:pPr>
          </w:p>
        </w:tc>
      </w:tr>
    </w:tbl>
    <w:p w14:paraId="4CF6CC41" w14:textId="77777777" w:rsidR="005E1F1A" w:rsidRDefault="005E1F1A" w:rsidP="008A3C00">
      <w:pPr>
        <w:pStyle w:val="Heading2"/>
        <w:spacing w:before="0" w:line="240" w:lineRule="auto"/>
        <w:contextualSpacing/>
      </w:pPr>
    </w:p>
    <w:p w14:paraId="78776051" w14:textId="77777777" w:rsidR="00B43C41" w:rsidRDefault="00B43C41">
      <w:pPr>
        <w:rPr>
          <w:rFonts w:asciiTheme="majorHAnsi" w:eastAsiaTheme="majorEastAsia" w:hAnsiTheme="majorHAnsi" w:cstheme="majorBidi"/>
          <w:b/>
          <w:bCs/>
          <w:color w:val="4F81BD" w:themeColor="accent1"/>
          <w:sz w:val="26"/>
          <w:szCs w:val="26"/>
        </w:rPr>
      </w:pPr>
      <w:r>
        <w:br w:type="page"/>
      </w:r>
    </w:p>
    <w:p w14:paraId="50F607D1" w14:textId="2F555A56" w:rsidR="008B4471" w:rsidRDefault="00370D72" w:rsidP="008A3C00">
      <w:pPr>
        <w:pStyle w:val="Heading2"/>
        <w:spacing w:before="0" w:line="240" w:lineRule="auto"/>
        <w:contextualSpacing/>
      </w:pPr>
      <w:r>
        <w:lastRenderedPageBreak/>
        <w:t xml:space="preserve">Section </w:t>
      </w:r>
      <w:r w:rsidR="00986D46">
        <w:t>IX</w:t>
      </w:r>
      <w:r>
        <w:t xml:space="preserve">: Candidate Statement (Max </w:t>
      </w:r>
      <w:r w:rsidR="005E1F1A">
        <w:t>20</w:t>
      </w:r>
      <w:r>
        <w:t xml:space="preserve"> points)</w:t>
      </w:r>
    </w:p>
    <w:p w14:paraId="0996B439" w14:textId="15CEEF83" w:rsidR="008B4471" w:rsidRDefault="00CD3451" w:rsidP="008A3C00">
      <w:pPr>
        <w:spacing w:after="0" w:line="240" w:lineRule="auto"/>
        <w:contextualSpacing/>
      </w:pPr>
      <w:r>
        <w:t xml:space="preserve">This domain </w:t>
      </w:r>
      <w:r w:rsidR="00466EAC">
        <w:t>allow</w:t>
      </w:r>
      <w:r>
        <w:t xml:space="preserve">s applicants to integrate and synthesize their contributions across domains. The narrative should demonstrate sustained impact, leadership, and alignment with SPPCP’s </w:t>
      </w:r>
      <w:r w:rsidR="000A32DE">
        <w:t>mission, vision, and values</w:t>
      </w:r>
      <w:r>
        <w:t>. Applicants should highlight activities that exceed routine job responsibilities and show lasting influence</w:t>
      </w:r>
      <w:r w:rsidR="00466EAC">
        <w:t xml:space="preserve"> in the specialty, especially those that further the SPPCP mission, vision, and values</w:t>
      </w:r>
      <w:r>
        <w:t>.</w:t>
      </w:r>
    </w:p>
    <w:p w14:paraId="5AAAB420" w14:textId="77777777" w:rsidR="00466EAC" w:rsidRDefault="00466EAC" w:rsidP="008A3C00">
      <w:pPr>
        <w:spacing w:after="0" w:line="240" w:lineRule="auto"/>
        <w:contextualSpacing/>
      </w:pPr>
    </w:p>
    <w:tbl>
      <w:tblPr>
        <w:tblStyle w:val="TableGrid"/>
        <w:tblW w:w="0" w:type="auto"/>
        <w:tblLook w:val="04A0" w:firstRow="1" w:lastRow="0" w:firstColumn="1" w:lastColumn="0" w:noHBand="0" w:noVBand="1"/>
      </w:tblPr>
      <w:tblGrid>
        <w:gridCol w:w="8630"/>
      </w:tblGrid>
      <w:tr w:rsidR="008B4471" w14:paraId="2CFAB07C" w14:textId="77777777">
        <w:tc>
          <w:tcPr>
            <w:tcW w:w="8640" w:type="dxa"/>
          </w:tcPr>
          <w:p w14:paraId="758C9345" w14:textId="77777777" w:rsidR="008B4471" w:rsidRDefault="00CD3451" w:rsidP="008A3C00">
            <w:pPr>
              <w:contextualSpacing/>
            </w:pPr>
            <w:r>
              <w:t>Paste or attach narrative statement here (≤500 words).</w:t>
            </w:r>
          </w:p>
        </w:tc>
      </w:tr>
      <w:tr w:rsidR="008B4471" w14:paraId="510EA60A" w14:textId="77777777">
        <w:tc>
          <w:tcPr>
            <w:tcW w:w="8640" w:type="dxa"/>
          </w:tcPr>
          <w:p w14:paraId="3A6CFD34" w14:textId="77777777" w:rsidR="008B4471" w:rsidRDefault="008B4471" w:rsidP="008A3C00">
            <w:pPr>
              <w:contextualSpacing/>
            </w:pPr>
          </w:p>
          <w:p w14:paraId="1868129F" w14:textId="77777777" w:rsidR="00370D72" w:rsidRDefault="00370D72" w:rsidP="008A3C00">
            <w:pPr>
              <w:contextualSpacing/>
            </w:pPr>
          </w:p>
          <w:p w14:paraId="51C6C9ED" w14:textId="77777777" w:rsidR="00370D72" w:rsidRDefault="00370D72" w:rsidP="008A3C00">
            <w:pPr>
              <w:contextualSpacing/>
            </w:pPr>
          </w:p>
          <w:p w14:paraId="2851469C" w14:textId="77777777" w:rsidR="00370D72" w:rsidRDefault="00370D72" w:rsidP="008A3C00">
            <w:pPr>
              <w:contextualSpacing/>
            </w:pPr>
          </w:p>
        </w:tc>
      </w:tr>
    </w:tbl>
    <w:p w14:paraId="5380DC80" w14:textId="77777777" w:rsidR="0086009C" w:rsidRDefault="0086009C" w:rsidP="00B43C41">
      <w:pPr>
        <w:spacing w:after="0" w:line="240" w:lineRule="auto"/>
        <w:contextualSpacing/>
      </w:pPr>
    </w:p>
    <w:sectPr w:rsidR="0086009C" w:rsidSect="00034616">
      <w:footerReference w:type="even" r:id="rId11"/>
      <w:footerReference w:type="default" r:id="rId1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BB029B" w14:textId="77777777" w:rsidR="00D27837" w:rsidRDefault="00D27837" w:rsidP="009B11D3">
      <w:pPr>
        <w:spacing w:after="0" w:line="240" w:lineRule="auto"/>
      </w:pPr>
      <w:r>
        <w:separator/>
      </w:r>
    </w:p>
  </w:endnote>
  <w:endnote w:type="continuationSeparator" w:id="0">
    <w:p w14:paraId="36EB0DBA" w14:textId="77777777" w:rsidR="00D27837" w:rsidRDefault="00D27837" w:rsidP="009B11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26763075"/>
      <w:docPartObj>
        <w:docPartGallery w:val="Page Numbers (Bottom of Page)"/>
        <w:docPartUnique/>
      </w:docPartObj>
    </w:sdtPr>
    <w:sdtEndPr>
      <w:rPr>
        <w:rStyle w:val="PageNumber"/>
      </w:rPr>
    </w:sdtEndPr>
    <w:sdtContent>
      <w:p w14:paraId="4AC92657" w14:textId="5EDAEC95" w:rsidR="009B11D3" w:rsidRDefault="009B11D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B79FDA7" w14:textId="77777777" w:rsidR="009B11D3" w:rsidRDefault="009B11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3022816"/>
      <w:docPartObj>
        <w:docPartGallery w:val="Page Numbers (Bottom of Page)"/>
        <w:docPartUnique/>
      </w:docPartObj>
    </w:sdtPr>
    <w:sdtEndPr>
      <w:rPr>
        <w:rStyle w:val="PageNumber"/>
      </w:rPr>
    </w:sdtEndPr>
    <w:sdtContent>
      <w:p w14:paraId="4ACAD62B" w14:textId="0EFD72F4" w:rsidR="009B11D3" w:rsidRDefault="009B11D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3C4336F1" w14:textId="77777777" w:rsidR="009B11D3" w:rsidRDefault="009B11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5DEC2E" w14:textId="77777777" w:rsidR="00D27837" w:rsidRDefault="00D27837" w:rsidP="009B11D3">
      <w:pPr>
        <w:spacing w:after="0" w:line="240" w:lineRule="auto"/>
      </w:pPr>
      <w:r>
        <w:separator/>
      </w:r>
    </w:p>
  </w:footnote>
  <w:footnote w:type="continuationSeparator" w:id="0">
    <w:p w14:paraId="1C9F7163" w14:textId="77777777" w:rsidR="00D27837" w:rsidRDefault="00D27837" w:rsidP="009B11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199686B"/>
    <w:multiLevelType w:val="hybridMultilevel"/>
    <w:tmpl w:val="4FFE5B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1065355"/>
    <w:multiLevelType w:val="hybridMultilevel"/>
    <w:tmpl w:val="66FC5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B6D58F1"/>
    <w:multiLevelType w:val="hybridMultilevel"/>
    <w:tmpl w:val="6E22B0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FDC0DD8"/>
    <w:multiLevelType w:val="multilevel"/>
    <w:tmpl w:val="8958696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3" w15:restartNumberingAfterBreak="0">
    <w:nsid w:val="79EA6987"/>
    <w:multiLevelType w:val="hybridMultilevel"/>
    <w:tmpl w:val="496E76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9577493">
    <w:abstractNumId w:val="8"/>
  </w:num>
  <w:num w:numId="2" w16cid:durableId="1609581066">
    <w:abstractNumId w:val="6"/>
  </w:num>
  <w:num w:numId="3" w16cid:durableId="1775201179">
    <w:abstractNumId w:val="5"/>
  </w:num>
  <w:num w:numId="4" w16cid:durableId="1919943078">
    <w:abstractNumId w:val="4"/>
  </w:num>
  <w:num w:numId="5" w16cid:durableId="1248731884">
    <w:abstractNumId w:val="7"/>
  </w:num>
  <w:num w:numId="6" w16cid:durableId="929435828">
    <w:abstractNumId w:val="3"/>
  </w:num>
  <w:num w:numId="7" w16cid:durableId="1777751426">
    <w:abstractNumId w:val="2"/>
  </w:num>
  <w:num w:numId="8" w16cid:durableId="654184873">
    <w:abstractNumId w:val="1"/>
  </w:num>
  <w:num w:numId="9" w16cid:durableId="1742630421">
    <w:abstractNumId w:val="0"/>
  </w:num>
  <w:num w:numId="10" w16cid:durableId="2089769838">
    <w:abstractNumId w:val="10"/>
  </w:num>
  <w:num w:numId="11" w16cid:durableId="1526602821">
    <w:abstractNumId w:val="11"/>
  </w:num>
  <w:num w:numId="12" w16cid:durableId="1241938606">
    <w:abstractNumId w:val="9"/>
  </w:num>
  <w:num w:numId="13" w16cid:durableId="620499582">
    <w:abstractNumId w:val="13"/>
  </w:num>
  <w:num w:numId="14" w16cid:durableId="17889656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EE9"/>
    <w:rsid w:val="000344DF"/>
    <w:rsid w:val="00034616"/>
    <w:rsid w:val="000374B7"/>
    <w:rsid w:val="0005465A"/>
    <w:rsid w:val="0006063C"/>
    <w:rsid w:val="000651F6"/>
    <w:rsid w:val="00084050"/>
    <w:rsid w:val="00087B4E"/>
    <w:rsid w:val="00091330"/>
    <w:rsid w:val="000A32DE"/>
    <w:rsid w:val="000B5C8D"/>
    <w:rsid w:val="000B73B1"/>
    <w:rsid w:val="000C268C"/>
    <w:rsid w:val="00107494"/>
    <w:rsid w:val="0013483B"/>
    <w:rsid w:val="0015074B"/>
    <w:rsid w:val="00190729"/>
    <w:rsid w:val="001970FA"/>
    <w:rsid w:val="001D6A70"/>
    <w:rsid w:val="001E2BCF"/>
    <w:rsid w:val="001F427B"/>
    <w:rsid w:val="001F5474"/>
    <w:rsid w:val="001F55DE"/>
    <w:rsid w:val="001F5960"/>
    <w:rsid w:val="001F7854"/>
    <w:rsid w:val="0021121A"/>
    <w:rsid w:val="002349FF"/>
    <w:rsid w:val="0025066D"/>
    <w:rsid w:val="002664E7"/>
    <w:rsid w:val="002757CC"/>
    <w:rsid w:val="00291C95"/>
    <w:rsid w:val="0029639D"/>
    <w:rsid w:val="0029D0EC"/>
    <w:rsid w:val="002A61F0"/>
    <w:rsid w:val="002A7FD2"/>
    <w:rsid w:val="002C13C0"/>
    <w:rsid w:val="0030191B"/>
    <w:rsid w:val="00302D43"/>
    <w:rsid w:val="003266F4"/>
    <w:rsid w:val="00326F90"/>
    <w:rsid w:val="003273C6"/>
    <w:rsid w:val="00351ABB"/>
    <w:rsid w:val="00363F32"/>
    <w:rsid w:val="00370D72"/>
    <w:rsid w:val="003D03E2"/>
    <w:rsid w:val="003D0F89"/>
    <w:rsid w:val="003D1498"/>
    <w:rsid w:val="003E11A9"/>
    <w:rsid w:val="00423FDF"/>
    <w:rsid w:val="0043378D"/>
    <w:rsid w:val="004375CB"/>
    <w:rsid w:val="00446E33"/>
    <w:rsid w:val="00466EAC"/>
    <w:rsid w:val="004811F4"/>
    <w:rsid w:val="004A1B95"/>
    <w:rsid w:val="004E3C3E"/>
    <w:rsid w:val="004E7DBE"/>
    <w:rsid w:val="004F2F22"/>
    <w:rsid w:val="00522340"/>
    <w:rsid w:val="00522CDF"/>
    <w:rsid w:val="00545C66"/>
    <w:rsid w:val="00566E2E"/>
    <w:rsid w:val="00587CDF"/>
    <w:rsid w:val="00592CEE"/>
    <w:rsid w:val="005A79EB"/>
    <w:rsid w:val="005E1F1A"/>
    <w:rsid w:val="006215F4"/>
    <w:rsid w:val="00634085"/>
    <w:rsid w:val="0065241E"/>
    <w:rsid w:val="00677350"/>
    <w:rsid w:val="0068AD02"/>
    <w:rsid w:val="006A5E6A"/>
    <w:rsid w:val="006C5023"/>
    <w:rsid w:val="006D4D42"/>
    <w:rsid w:val="006D57E5"/>
    <w:rsid w:val="007364C6"/>
    <w:rsid w:val="007567A6"/>
    <w:rsid w:val="007672EC"/>
    <w:rsid w:val="007836BD"/>
    <w:rsid w:val="00796631"/>
    <w:rsid w:val="007A2314"/>
    <w:rsid w:val="007A3E17"/>
    <w:rsid w:val="007B27BE"/>
    <w:rsid w:val="007D00D5"/>
    <w:rsid w:val="007E24F2"/>
    <w:rsid w:val="00817AD4"/>
    <w:rsid w:val="00851D68"/>
    <w:rsid w:val="0086009C"/>
    <w:rsid w:val="00863E75"/>
    <w:rsid w:val="00896824"/>
    <w:rsid w:val="008A3C00"/>
    <w:rsid w:val="008B4471"/>
    <w:rsid w:val="00902CE2"/>
    <w:rsid w:val="009473DA"/>
    <w:rsid w:val="00986D46"/>
    <w:rsid w:val="009953F9"/>
    <w:rsid w:val="00995982"/>
    <w:rsid w:val="00997887"/>
    <w:rsid w:val="009B11D3"/>
    <w:rsid w:val="009E2A95"/>
    <w:rsid w:val="009F71D4"/>
    <w:rsid w:val="00A16910"/>
    <w:rsid w:val="00A1773E"/>
    <w:rsid w:val="00A24F2A"/>
    <w:rsid w:val="00A42DAF"/>
    <w:rsid w:val="00A45BE1"/>
    <w:rsid w:val="00AA1D8D"/>
    <w:rsid w:val="00AA5401"/>
    <w:rsid w:val="00AB0D55"/>
    <w:rsid w:val="00AE317B"/>
    <w:rsid w:val="00AE5115"/>
    <w:rsid w:val="00B201AD"/>
    <w:rsid w:val="00B20F2B"/>
    <w:rsid w:val="00B37E42"/>
    <w:rsid w:val="00B43C41"/>
    <w:rsid w:val="00B47730"/>
    <w:rsid w:val="00BE3522"/>
    <w:rsid w:val="00C150CC"/>
    <w:rsid w:val="00C21E05"/>
    <w:rsid w:val="00C312EF"/>
    <w:rsid w:val="00C34E3A"/>
    <w:rsid w:val="00C6074B"/>
    <w:rsid w:val="00C729A7"/>
    <w:rsid w:val="00CA01D4"/>
    <w:rsid w:val="00CA1261"/>
    <w:rsid w:val="00CB0664"/>
    <w:rsid w:val="00CB3CDF"/>
    <w:rsid w:val="00CC6403"/>
    <w:rsid w:val="00CD3451"/>
    <w:rsid w:val="00D22ECE"/>
    <w:rsid w:val="00D27837"/>
    <w:rsid w:val="00D27AD6"/>
    <w:rsid w:val="00D43391"/>
    <w:rsid w:val="00D4515B"/>
    <w:rsid w:val="00D627F0"/>
    <w:rsid w:val="00D64DD1"/>
    <w:rsid w:val="00D832A1"/>
    <w:rsid w:val="00DA68ED"/>
    <w:rsid w:val="00DB0F8F"/>
    <w:rsid w:val="00DC3665"/>
    <w:rsid w:val="00DD79DA"/>
    <w:rsid w:val="00DE0AE9"/>
    <w:rsid w:val="00E140C7"/>
    <w:rsid w:val="00E152AD"/>
    <w:rsid w:val="00E4669B"/>
    <w:rsid w:val="00E5161C"/>
    <w:rsid w:val="00E53E3B"/>
    <w:rsid w:val="00E5522D"/>
    <w:rsid w:val="00E72AC3"/>
    <w:rsid w:val="00E848AF"/>
    <w:rsid w:val="00EC5DEA"/>
    <w:rsid w:val="00ED1CC9"/>
    <w:rsid w:val="00F019B2"/>
    <w:rsid w:val="00F1013B"/>
    <w:rsid w:val="00F21561"/>
    <w:rsid w:val="00F5079C"/>
    <w:rsid w:val="00F65781"/>
    <w:rsid w:val="00F71CC4"/>
    <w:rsid w:val="00FA79FB"/>
    <w:rsid w:val="00FB4EA8"/>
    <w:rsid w:val="00FB5D74"/>
    <w:rsid w:val="00FC693F"/>
    <w:rsid w:val="00FF11E7"/>
    <w:rsid w:val="02ED9750"/>
    <w:rsid w:val="0470C745"/>
    <w:rsid w:val="0637A00E"/>
    <w:rsid w:val="06770EC5"/>
    <w:rsid w:val="0782E67A"/>
    <w:rsid w:val="07A29DB5"/>
    <w:rsid w:val="0819BB19"/>
    <w:rsid w:val="0AFDC131"/>
    <w:rsid w:val="0B6C603D"/>
    <w:rsid w:val="0BF9FFE7"/>
    <w:rsid w:val="0DC87785"/>
    <w:rsid w:val="0E7A40F4"/>
    <w:rsid w:val="0ECE9224"/>
    <w:rsid w:val="0F4E49FF"/>
    <w:rsid w:val="12A29582"/>
    <w:rsid w:val="1618ABC6"/>
    <w:rsid w:val="17700180"/>
    <w:rsid w:val="179B1A3F"/>
    <w:rsid w:val="179D322E"/>
    <w:rsid w:val="1852CF91"/>
    <w:rsid w:val="185D03FA"/>
    <w:rsid w:val="1A8E7BFA"/>
    <w:rsid w:val="1ADB7970"/>
    <w:rsid w:val="1C8CA518"/>
    <w:rsid w:val="1D13994E"/>
    <w:rsid w:val="28159257"/>
    <w:rsid w:val="28A85CB7"/>
    <w:rsid w:val="2A3BFEAD"/>
    <w:rsid w:val="2ACC6EEC"/>
    <w:rsid w:val="2E35C935"/>
    <w:rsid w:val="2EA22BCC"/>
    <w:rsid w:val="2F3BEDC1"/>
    <w:rsid w:val="325A68E6"/>
    <w:rsid w:val="33568D7C"/>
    <w:rsid w:val="342CADE3"/>
    <w:rsid w:val="37F61802"/>
    <w:rsid w:val="389CCB89"/>
    <w:rsid w:val="391538C3"/>
    <w:rsid w:val="395C5EF8"/>
    <w:rsid w:val="3B5388D6"/>
    <w:rsid w:val="3BAB463B"/>
    <w:rsid w:val="3D499E0A"/>
    <w:rsid w:val="3EDFD609"/>
    <w:rsid w:val="3F76B058"/>
    <w:rsid w:val="3FAA059C"/>
    <w:rsid w:val="3FFD1D83"/>
    <w:rsid w:val="409C253E"/>
    <w:rsid w:val="41E22576"/>
    <w:rsid w:val="421DF8DA"/>
    <w:rsid w:val="4227BBD5"/>
    <w:rsid w:val="46A421E7"/>
    <w:rsid w:val="49C2F842"/>
    <w:rsid w:val="4A321A85"/>
    <w:rsid w:val="4A52C636"/>
    <w:rsid w:val="4B5611C9"/>
    <w:rsid w:val="4CF633C9"/>
    <w:rsid w:val="4DC7A7B3"/>
    <w:rsid w:val="4E45A339"/>
    <w:rsid w:val="4EA21202"/>
    <w:rsid w:val="4EF180CC"/>
    <w:rsid w:val="505B3F24"/>
    <w:rsid w:val="5175FA97"/>
    <w:rsid w:val="52817418"/>
    <w:rsid w:val="53B08BB5"/>
    <w:rsid w:val="543F327A"/>
    <w:rsid w:val="569096A1"/>
    <w:rsid w:val="57652BCD"/>
    <w:rsid w:val="59CFD731"/>
    <w:rsid w:val="5A683A06"/>
    <w:rsid w:val="5A714479"/>
    <w:rsid w:val="5C6DF0D1"/>
    <w:rsid w:val="5DDAF272"/>
    <w:rsid w:val="5DFE8EEB"/>
    <w:rsid w:val="5F45D7A2"/>
    <w:rsid w:val="5FAAB18D"/>
    <w:rsid w:val="5FF8D4AC"/>
    <w:rsid w:val="6023E967"/>
    <w:rsid w:val="60732001"/>
    <w:rsid w:val="6197355B"/>
    <w:rsid w:val="63B9408C"/>
    <w:rsid w:val="64462B7D"/>
    <w:rsid w:val="6573FA22"/>
    <w:rsid w:val="65D93082"/>
    <w:rsid w:val="66BE2D73"/>
    <w:rsid w:val="670A0757"/>
    <w:rsid w:val="68BA5CAA"/>
    <w:rsid w:val="6A857D67"/>
    <w:rsid w:val="6B19C7D4"/>
    <w:rsid w:val="6C3D7BAF"/>
    <w:rsid w:val="6C58B17C"/>
    <w:rsid w:val="6D2EADB5"/>
    <w:rsid w:val="6E57421C"/>
    <w:rsid w:val="6ECE7D13"/>
    <w:rsid w:val="6F2D11C9"/>
    <w:rsid w:val="6FEE2177"/>
    <w:rsid w:val="7111A1F9"/>
    <w:rsid w:val="711D588A"/>
    <w:rsid w:val="7303719C"/>
    <w:rsid w:val="734C89A3"/>
    <w:rsid w:val="74B70985"/>
    <w:rsid w:val="74D2819F"/>
    <w:rsid w:val="74DB794F"/>
    <w:rsid w:val="7737EABB"/>
    <w:rsid w:val="77ED51AC"/>
    <w:rsid w:val="77F17487"/>
    <w:rsid w:val="7C0C0027"/>
    <w:rsid w:val="7C1C8F7A"/>
    <w:rsid w:val="7CAD5608"/>
    <w:rsid w:val="7CDB26F7"/>
    <w:rsid w:val="7DA9C582"/>
    <w:rsid w:val="7DD7D602"/>
    <w:rsid w:val="7E8E82D2"/>
    <w:rsid w:val="7F4BAD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1F80A7"/>
  <w14:defaultImageDpi w14:val="300"/>
  <w15:docId w15:val="{4CBA1A7D-4D64-46BD-9C66-F6696D8D3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70FA"/>
    <w:rPr>
      <w:rFonts w:ascii="Calibri Light" w:hAnsi="Calibri Light"/>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6D4D42"/>
    <w:rPr>
      <w:sz w:val="16"/>
      <w:szCs w:val="16"/>
    </w:rPr>
  </w:style>
  <w:style w:type="paragraph" w:customStyle="1" w:styleId="Default">
    <w:name w:val="Default"/>
    <w:rsid w:val="006D57E5"/>
    <w:pPr>
      <w:autoSpaceDE w:val="0"/>
      <w:autoSpaceDN w:val="0"/>
      <w:adjustRightInd w:val="0"/>
      <w:spacing w:after="0" w:line="240" w:lineRule="auto"/>
    </w:pPr>
    <w:rPr>
      <w:rFonts w:ascii="Palatino Linotype" w:hAnsi="Palatino Linotype" w:cs="Palatino Linotype"/>
      <w:color w:val="000000"/>
      <w:sz w:val="24"/>
      <w:szCs w:val="24"/>
    </w:rPr>
  </w:style>
  <w:style w:type="paragraph" w:styleId="CommentText">
    <w:name w:val="annotation text"/>
    <w:basedOn w:val="Normal"/>
    <w:link w:val="CommentTextChar"/>
    <w:uiPriority w:val="99"/>
    <w:unhideWhenUsed/>
    <w:rsid w:val="006D57E5"/>
    <w:pPr>
      <w:spacing w:line="240" w:lineRule="auto"/>
    </w:pPr>
    <w:rPr>
      <w:sz w:val="20"/>
      <w:szCs w:val="20"/>
    </w:rPr>
  </w:style>
  <w:style w:type="character" w:customStyle="1" w:styleId="CommentTextChar">
    <w:name w:val="Comment Text Char"/>
    <w:basedOn w:val="DefaultParagraphFont"/>
    <w:link w:val="CommentText"/>
    <w:uiPriority w:val="99"/>
    <w:rsid w:val="006D57E5"/>
    <w:rPr>
      <w:rFonts w:ascii="Calibri Light" w:hAnsi="Calibri Light"/>
      <w:sz w:val="20"/>
      <w:szCs w:val="20"/>
    </w:rPr>
  </w:style>
  <w:style w:type="paragraph" w:styleId="CommentSubject">
    <w:name w:val="annotation subject"/>
    <w:basedOn w:val="CommentText"/>
    <w:next w:val="CommentText"/>
    <w:link w:val="CommentSubjectChar"/>
    <w:uiPriority w:val="99"/>
    <w:semiHidden/>
    <w:unhideWhenUsed/>
    <w:rsid w:val="006D57E5"/>
    <w:rPr>
      <w:b/>
      <w:bCs/>
    </w:rPr>
  </w:style>
  <w:style w:type="character" w:customStyle="1" w:styleId="CommentSubjectChar">
    <w:name w:val="Comment Subject Char"/>
    <w:basedOn w:val="CommentTextChar"/>
    <w:link w:val="CommentSubject"/>
    <w:uiPriority w:val="99"/>
    <w:semiHidden/>
    <w:rsid w:val="006D57E5"/>
    <w:rPr>
      <w:rFonts w:ascii="Calibri Light" w:hAnsi="Calibri Light"/>
      <w:b/>
      <w:bCs/>
      <w:sz w:val="20"/>
      <w:szCs w:val="20"/>
    </w:rPr>
  </w:style>
  <w:style w:type="paragraph" w:styleId="NormalWeb">
    <w:name w:val="Normal (Web)"/>
    <w:basedOn w:val="Normal"/>
    <w:uiPriority w:val="99"/>
    <w:semiHidden/>
    <w:unhideWhenUsed/>
    <w:rsid w:val="008A3C00"/>
    <w:rPr>
      <w:rFonts w:ascii="Times New Roman" w:hAnsi="Times New Roman" w:cs="Times New Roman"/>
      <w:sz w:val="24"/>
      <w:szCs w:val="24"/>
    </w:rPr>
  </w:style>
  <w:style w:type="character" w:styleId="PageNumber">
    <w:name w:val="page number"/>
    <w:basedOn w:val="DefaultParagraphFont"/>
    <w:uiPriority w:val="99"/>
    <w:semiHidden/>
    <w:unhideWhenUsed/>
    <w:rsid w:val="009B11D3"/>
  </w:style>
  <w:style w:type="paragraph" w:styleId="BalloonText">
    <w:name w:val="Balloon Text"/>
    <w:basedOn w:val="Normal"/>
    <w:link w:val="BalloonTextChar"/>
    <w:uiPriority w:val="99"/>
    <w:semiHidden/>
    <w:unhideWhenUsed/>
    <w:rsid w:val="0065241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241E"/>
    <w:rPr>
      <w:rFonts w:ascii="Segoe UI" w:hAnsi="Segoe UI" w:cs="Segoe UI"/>
      <w:sz w:val="18"/>
      <w:szCs w:val="18"/>
    </w:rPr>
  </w:style>
  <w:style w:type="paragraph" w:styleId="Revision">
    <w:name w:val="Revision"/>
    <w:hidden/>
    <w:uiPriority w:val="99"/>
    <w:semiHidden/>
    <w:rsid w:val="00091330"/>
    <w:pPr>
      <w:spacing w:after="0" w:line="240" w:lineRule="auto"/>
    </w:pPr>
    <w:rPr>
      <w:rFonts w:ascii="Calibri Light" w:hAnsi="Calibri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540120">
      <w:bodyDiv w:val="1"/>
      <w:marLeft w:val="0"/>
      <w:marRight w:val="0"/>
      <w:marTop w:val="0"/>
      <w:marBottom w:val="0"/>
      <w:divBdr>
        <w:top w:val="none" w:sz="0" w:space="0" w:color="auto"/>
        <w:left w:val="none" w:sz="0" w:space="0" w:color="auto"/>
        <w:bottom w:val="none" w:sz="0" w:space="0" w:color="auto"/>
        <w:right w:val="none" w:sz="0" w:space="0" w:color="auto"/>
      </w:divBdr>
    </w:div>
    <w:div w:id="481197382">
      <w:bodyDiv w:val="1"/>
      <w:marLeft w:val="0"/>
      <w:marRight w:val="0"/>
      <w:marTop w:val="0"/>
      <w:marBottom w:val="0"/>
      <w:divBdr>
        <w:top w:val="none" w:sz="0" w:space="0" w:color="auto"/>
        <w:left w:val="none" w:sz="0" w:space="0" w:color="auto"/>
        <w:bottom w:val="none" w:sz="0" w:space="0" w:color="auto"/>
        <w:right w:val="none" w:sz="0" w:space="0" w:color="auto"/>
      </w:divBdr>
    </w:div>
    <w:div w:id="1450010382">
      <w:bodyDiv w:val="1"/>
      <w:marLeft w:val="0"/>
      <w:marRight w:val="0"/>
      <w:marTop w:val="0"/>
      <w:marBottom w:val="0"/>
      <w:divBdr>
        <w:top w:val="none" w:sz="0" w:space="0" w:color="auto"/>
        <w:left w:val="none" w:sz="0" w:space="0" w:color="auto"/>
        <w:bottom w:val="none" w:sz="0" w:space="0" w:color="auto"/>
        <w:right w:val="none" w:sz="0" w:space="0" w:color="auto"/>
      </w:divBdr>
    </w:div>
    <w:div w:id="1556425551">
      <w:bodyDiv w:val="1"/>
      <w:marLeft w:val="0"/>
      <w:marRight w:val="0"/>
      <w:marTop w:val="0"/>
      <w:marBottom w:val="0"/>
      <w:divBdr>
        <w:top w:val="none" w:sz="0" w:space="0" w:color="auto"/>
        <w:left w:val="none" w:sz="0" w:space="0" w:color="auto"/>
        <w:bottom w:val="none" w:sz="0" w:space="0" w:color="auto"/>
        <w:right w:val="none" w:sz="0" w:space="0" w:color="auto"/>
      </w:divBdr>
    </w:div>
    <w:div w:id="1917082987">
      <w:bodyDiv w:val="1"/>
      <w:marLeft w:val="0"/>
      <w:marRight w:val="0"/>
      <w:marTop w:val="0"/>
      <w:marBottom w:val="0"/>
      <w:divBdr>
        <w:top w:val="none" w:sz="0" w:space="0" w:color="auto"/>
        <w:left w:val="none" w:sz="0" w:space="0" w:color="auto"/>
        <w:bottom w:val="none" w:sz="0" w:space="0" w:color="auto"/>
        <w:right w:val="none" w:sz="0" w:space="0" w:color="auto"/>
      </w:divBdr>
    </w:div>
    <w:div w:id="209947369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15758ef8-999f-4fcc-9dba-222999fd7df7" xsi:nil="true"/>
    <lcf76f155ced4ddcb4097134ff3c332f xmlns="857dda04-f417-4303-a16a-fcf146b9f3df">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CC0E4846742684EB0666E41DF916404" ma:contentTypeVersion="15" ma:contentTypeDescription="Create a new document." ma:contentTypeScope="" ma:versionID="bfd74c45bdecc2e6ace7c777e2f9f0fa">
  <xsd:schema xmlns:xsd="http://www.w3.org/2001/XMLSchema" xmlns:xs="http://www.w3.org/2001/XMLSchema" xmlns:p="http://schemas.microsoft.com/office/2006/metadata/properties" xmlns:ns2="857dda04-f417-4303-a16a-fcf146b9f3df" xmlns:ns3="15758ef8-999f-4fcc-9dba-222999fd7df7" targetNamespace="http://schemas.microsoft.com/office/2006/metadata/properties" ma:root="true" ma:fieldsID="119897249aa54996110732fb0c6cb927" ns2:_="" ns3:_="">
    <xsd:import namespace="857dda04-f417-4303-a16a-fcf146b9f3df"/>
    <xsd:import namespace="15758ef8-999f-4fcc-9dba-222999fd7df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DateTaken" minOccurs="0"/>
                <xsd:element ref="ns2:MediaLengthInSecond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7dda04-f417-4303-a16a-fcf146b9f3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486bb99e-924a-42b3-b6ce-ba26bbe07542" ma:termSetId="09814cd3-568e-fe90-9814-8d621ff8fb84" ma:anchorId="fba54fb3-c3e1-fe81-a776-ca4b69148c4d" ma:open="true" ma:isKeyword="false">
      <xsd:complexType>
        <xsd:sequence>
          <xsd:element ref="pc:Terms" minOccurs="0" maxOccurs="1"/>
        </xsd:sequence>
      </xsd:complex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758ef8-999f-4fcc-9dba-222999fd7df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f22fc506-26f6-4846-b6d2-03b2b24d0f6f}" ma:internalName="TaxCatchAll" ma:showField="CatchAllData" ma:web="15758ef8-999f-4fcc-9dba-222999fd7d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715B281-17A3-410D-8A2B-4B84E5EF65A0}">
  <ds:schemaRefs>
    <ds:schemaRef ds:uri="http://schemas.microsoft.com/sharepoint/v3/contenttype/forms"/>
  </ds:schemaRefs>
</ds:datastoreItem>
</file>

<file path=customXml/itemProps2.xml><?xml version="1.0" encoding="utf-8"?>
<ds:datastoreItem xmlns:ds="http://schemas.openxmlformats.org/officeDocument/2006/customXml" ds:itemID="{5A5883B2-8B97-4631-A24E-3478EB8A9D54}">
  <ds:schemaRefs>
    <ds:schemaRef ds:uri="http://schemas.openxmlformats.org/officeDocument/2006/bibliography"/>
  </ds:schemaRefs>
</ds:datastoreItem>
</file>

<file path=customXml/itemProps3.xml><?xml version="1.0" encoding="utf-8"?>
<ds:datastoreItem xmlns:ds="http://schemas.openxmlformats.org/officeDocument/2006/customXml" ds:itemID="{014F311E-0775-4F37-9143-F5A2DA0327D5}">
  <ds:schemaRefs>
    <ds:schemaRef ds:uri="http://schemas.microsoft.com/office/2006/metadata/properties"/>
    <ds:schemaRef ds:uri="http://schemas.microsoft.com/office/infopath/2007/PartnerControls"/>
    <ds:schemaRef ds:uri="15758ef8-999f-4fcc-9dba-222999fd7df7"/>
    <ds:schemaRef ds:uri="857dda04-f417-4303-a16a-fcf146b9f3df"/>
  </ds:schemaRefs>
</ds:datastoreItem>
</file>

<file path=customXml/itemProps4.xml><?xml version="1.0" encoding="utf-8"?>
<ds:datastoreItem xmlns:ds="http://schemas.openxmlformats.org/officeDocument/2006/customXml" ds:itemID="{457CD753-AE4F-4182-8D06-43AACDF61B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7dda04-f417-4303-a16a-fcf146b9f3df"/>
    <ds:schemaRef ds:uri="15758ef8-999f-4fcc-9dba-222999fd7d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1749</Words>
  <Characters>9972</Characters>
  <Application>Microsoft Office Word</Application>
  <DocSecurity>0</DocSecurity>
  <Lines>83</Lines>
  <Paragraphs>23</Paragraphs>
  <ScaleCrop>false</ScaleCrop>
  <Manager/>
  <Company/>
  <LinksUpToDate>false</LinksUpToDate>
  <CharactersWithSpaces>11698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Atayee, Rabia</cp:lastModifiedBy>
  <cp:revision>2</cp:revision>
  <dcterms:created xsi:type="dcterms:W3CDTF">2026-10-19T19:04:00Z</dcterms:created>
  <dcterms:modified xsi:type="dcterms:W3CDTF">2026-10-19T19:04:00Z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0x0101002CC0E4846742684EB0666E41DF916404</vt:lpwstr>
  </property>
  <property fmtid="{D5CDD505-2E9C-101B-9397-08002B2CF9AE}" pid="3" name="MediaServiceImageTags">
    <vt:lpwstr/>
  </property>
  <property fmtid="{D5CDD505-2E9C-101B-9397-08002B2CF9AE}" pid="4" name="GrammarlyDocumentId">
    <vt:lpwstr>b5823640-508d-45a6-8296-0fdee41c00a8</vt:lpwstr>
  </property>
</Properties>
</file>